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curl</w:t>
      </w:r>
      <w:r>
        <w:rPr>
          <w:rFonts w:ascii="Courier New" w:hAnsi="Courier New"/>
          <w:color w:val="1E1E1E"/>
          <w:sz w:val="17"/>
        </w:rPr>
        <w:br/>
        <w:t xml:space="preserve"> --request</w:t>
      </w:r>
      <w:r>
        <w:rPr>
          <w:rFonts w:ascii="Courier New" w:hAnsi="Courier New"/>
          <w:color w:val="1E1E1E"/>
          <w:sz w:val="17"/>
        </w:rPr>
        <w:br/>
        <w:t xml:space="preserve"> POST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</w:t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br/>
        <w:t xml:space="preserve"> 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'Content-Type: application/json'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'x-client-id: &lt;api-key&gt;'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'x-client-secret: &lt;api-key&gt;'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--data</w:t>
      </w:r>
      <w:r>
        <w:rPr>
          <w:rFonts w:ascii="Courier New" w:hAnsi="Courier New"/>
          <w:color w:val="1E1E1E"/>
          <w:sz w:val="17"/>
        </w:rPr>
        <w:br/>
        <w:t xml:space="preserve"> '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"verification_id": "test123",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"epic_number": "UAI4574761",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"name": "John Doe"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'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import requests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= "https://sandbox.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payload = {</w:t>
      </w:r>
      <w:r>
        <w:rPr>
          <w:rFonts w:ascii="Courier New" w:hAnsi="Courier New"/>
          <w:color w:val="1E1E1E"/>
          <w:sz w:val="17"/>
        </w:rPr>
        <w:br/>
        <w:t xml:space="preserve">    "verification_id": "test123",</w:t>
      </w:r>
      <w:r>
        <w:rPr>
          <w:rFonts w:ascii="Courier New" w:hAnsi="Courier New"/>
          <w:color w:val="1E1E1E"/>
          <w:sz w:val="17"/>
        </w:rPr>
        <w:br/>
        <w:t xml:space="preserve">    "epic_number": "UAI4574761",</w:t>
      </w:r>
      <w:r>
        <w:rPr>
          <w:rFonts w:ascii="Courier New" w:hAnsi="Courier New"/>
          <w:color w:val="1E1E1E"/>
          <w:sz w:val="17"/>
        </w:rPr>
        <w:br/>
        <w:t xml:space="preserve">    "name": "John Doe"</w:t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  <w:t>headers = {</w:t>
      </w:r>
      <w:r>
        <w:rPr>
          <w:rFonts w:ascii="Courier New" w:hAnsi="Courier New"/>
          <w:color w:val="1E1E1E"/>
          <w:sz w:val="17"/>
        </w:rPr>
        <w:br/>
        <w:t xml:space="preserve">    "x-client-id": "&lt;api-key&gt;",</w:t>
      </w:r>
      <w:r>
        <w:rPr>
          <w:rFonts w:ascii="Courier New" w:hAnsi="Courier New"/>
          <w:color w:val="1E1E1E"/>
          <w:sz w:val="17"/>
        </w:rPr>
        <w:br/>
        <w:t xml:space="preserve">    "x-client-secret": "&lt;api-key&gt;",</w:t>
      </w:r>
      <w:r>
        <w:rPr>
          <w:rFonts w:ascii="Courier New" w:hAnsi="Courier New"/>
          <w:color w:val="1E1E1E"/>
          <w:sz w:val="17"/>
        </w:rPr>
        <w:br/>
        <w:t xml:space="preserve">    "Content-Type": "application/json"</w:t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response = requests.post(url, json=payload, headers=headers)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  <w:t>print(response.text)</w:t>
      </w:r>
    </w:p>
    <w:p w:rsidR="001D3732" w:rsidRDefault="00F61AFE">
      <w:pPr>
        <w:spacing w:before="60" w:after="120"/>
        <w:ind w:left="288"/>
      </w:pPr>
      <w:proofErr w:type="spellStart"/>
      <w:r>
        <w:rPr>
          <w:rFonts w:ascii="Courier New" w:hAnsi="Courier New"/>
          <w:color w:val="1E1E1E"/>
          <w:sz w:val="17"/>
        </w:rPr>
        <w:t>const</w:t>
      </w:r>
      <w:proofErr w:type="spellEnd"/>
      <w:r>
        <w:rPr>
          <w:rFonts w:ascii="Courier New" w:hAnsi="Courier New"/>
          <w:color w:val="1E1E1E"/>
          <w:sz w:val="17"/>
        </w:rPr>
        <w:t xml:space="preserve"> options = {</w:t>
      </w:r>
      <w:r>
        <w:rPr>
          <w:rFonts w:ascii="Courier New" w:hAnsi="Courier New"/>
          <w:color w:val="1E1E1E"/>
          <w:sz w:val="17"/>
        </w:rPr>
        <w:br/>
        <w:t xml:space="preserve">  method: 'POST',</w:t>
      </w:r>
      <w:r>
        <w:rPr>
          <w:rFonts w:ascii="Courier New" w:hAnsi="Courier New"/>
          <w:color w:val="1E1E1E"/>
          <w:sz w:val="17"/>
        </w:rPr>
        <w:br/>
        <w:t xml:space="preserve">  headers: {</w:t>
      </w:r>
      <w:r>
        <w:rPr>
          <w:rFonts w:ascii="Courier New" w:hAnsi="Courier New"/>
          <w:color w:val="1E1E1E"/>
          <w:sz w:val="17"/>
        </w:rPr>
        <w:br/>
        <w:t xml:space="preserve">    'x-client-id': '&lt;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-key&gt;',</w:t>
      </w:r>
      <w:r>
        <w:rPr>
          <w:rFonts w:ascii="Courier New" w:hAnsi="Courier New"/>
          <w:color w:val="1E1E1E"/>
          <w:sz w:val="17"/>
        </w:rPr>
        <w:br/>
        <w:t xml:space="preserve">    'x-client-secret': '&lt;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-key&gt;',</w:t>
      </w:r>
      <w:r>
        <w:rPr>
          <w:rFonts w:ascii="Courier New" w:hAnsi="Courier New"/>
          <w:color w:val="1E1E1E"/>
          <w:sz w:val="17"/>
        </w:rPr>
        <w:br/>
        <w:t xml:space="preserve">    'Content-Type': 'application/</w:t>
      </w:r>
      <w:proofErr w:type="spellStart"/>
      <w:r>
        <w:rPr>
          <w:rFonts w:ascii="Courier New" w:hAnsi="Courier New"/>
          <w:color w:val="1E1E1E"/>
          <w:sz w:val="17"/>
        </w:rPr>
        <w:t>json</w:t>
      </w:r>
      <w:proofErr w:type="spellEnd"/>
      <w:r>
        <w:rPr>
          <w:rFonts w:ascii="Courier New" w:hAnsi="Courier New"/>
          <w:color w:val="1E1E1E"/>
          <w:sz w:val="17"/>
        </w:rPr>
        <w:t>'</w:t>
      </w:r>
      <w:r>
        <w:rPr>
          <w:rFonts w:ascii="Courier New" w:hAnsi="Courier New"/>
          <w:color w:val="1E1E1E"/>
          <w:sz w:val="17"/>
        </w:rPr>
        <w:br/>
        <w:t xml:space="preserve">  },</w:t>
      </w:r>
      <w:r>
        <w:rPr>
          <w:rFonts w:ascii="Courier New" w:hAnsi="Courier New"/>
          <w:color w:val="1E1E1E"/>
          <w:sz w:val="17"/>
        </w:rPr>
        <w:br/>
        <w:t xml:space="preserve">  body: </w:t>
      </w:r>
      <w:proofErr w:type="spellStart"/>
      <w:r>
        <w:rPr>
          <w:rFonts w:ascii="Courier New" w:hAnsi="Courier New"/>
          <w:color w:val="1E1E1E"/>
          <w:sz w:val="17"/>
        </w:rPr>
        <w:t>JSON.stringify</w:t>
      </w:r>
      <w:proofErr w:type="spellEnd"/>
      <w:r>
        <w:rPr>
          <w:rFonts w:ascii="Courier New" w:hAnsi="Courier New"/>
          <w:color w:val="1E1E1E"/>
          <w:sz w:val="17"/>
        </w:rPr>
        <w:t>({</w:t>
      </w:r>
      <w:proofErr w:type="spellStart"/>
      <w:r>
        <w:rPr>
          <w:rFonts w:ascii="Courier New" w:hAnsi="Courier New"/>
          <w:color w:val="1E1E1E"/>
          <w:sz w:val="17"/>
        </w:rPr>
        <w:t>verification_id</w:t>
      </w:r>
      <w:proofErr w:type="spellEnd"/>
      <w:r>
        <w:rPr>
          <w:rFonts w:ascii="Courier New" w:hAnsi="Courier New"/>
          <w:color w:val="1E1E1E"/>
          <w:sz w:val="17"/>
        </w:rPr>
        <w:t xml:space="preserve">: 'test123', </w:t>
      </w:r>
      <w:proofErr w:type="spellStart"/>
      <w:r>
        <w:rPr>
          <w:rFonts w:ascii="Courier New" w:hAnsi="Courier New"/>
          <w:color w:val="1E1E1E"/>
          <w:sz w:val="17"/>
        </w:rPr>
        <w:t>epic_number</w:t>
      </w:r>
      <w:proofErr w:type="spellEnd"/>
      <w:r>
        <w:rPr>
          <w:rFonts w:ascii="Courier New" w:hAnsi="Courier New"/>
          <w:color w:val="1E1E1E"/>
          <w:sz w:val="17"/>
        </w:rPr>
        <w:t>: 'UAI4574761', name: 'John Doe'})</w:t>
      </w:r>
      <w:r>
        <w:rPr>
          <w:rFonts w:ascii="Courier New" w:hAnsi="Courier New"/>
          <w:color w:val="1E1E1E"/>
          <w:sz w:val="17"/>
        </w:rPr>
        <w:br/>
        <w:t>};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fetch('https://sandbox.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.com/verification/voter-id', options)</w:t>
      </w:r>
      <w:r>
        <w:rPr>
          <w:rFonts w:ascii="Courier New" w:hAnsi="Courier New"/>
          <w:color w:val="1E1E1E"/>
          <w:sz w:val="17"/>
        </w:rPr>
        <w:br/>
        <w:t xml:space="preserve">  .then(res =&gt; res.json())</w:t>
      </w:r>
      <w:r>
        <w:rPr>
          <w:rFonts w:ascii="Courier New" w:hAnsi="Courier New"/>
          <w:color w:val="1E1E1E"/>
          <w:sz w:val="17"/>
        </w:rPr>
        <w:br/>
        <w:t xml:space="preserve">  .then(res =&gt; console.log(res))</w:t>
      </w:r>
      <w:r>
        <w:rPr>
          <w:rFonts w:ascii="Courier New" w:hAnsi="Courier New"/>
          <w:color w:val="1E1E1E"/>
          <w:sz w:val="17"/>
        </w:rPr>
        <w:br/>
        <w:t xml:space="preserve">  .catch(err =&gt; console.error(err));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&lt;?php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$curl = curl_init();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curl_setopt_array($curl, [</w:t>
      </w:r>
      <w:r>
        <w:rPr>
          <w:rFonts w:ascii="Courier New" w:hAnsi="Courier New"/>
          <w:color w:val="1E1E1E"/>
          <w:sz w:val="17"/>
        </w:rPr>
        <w:br/>
        <w:t xml:space="preserve">  CURLOPT_URL =&gt; "https://sandbox.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.com/verification/voter-id",</w:t>
      </w:r>
      <w:r>
        <w:rPr>
          <w:rFonts w:ascii="Courier New" w:hAnsi="Courier New"/>
          <w:color w:val="1E1E1E"/>
          <w:sz w:val="17"/>
        </w:rPr>
        <w:br/>
        <w:t xml:space="preserve">  CURLOPT_RETURNTRANSFER =&gt; true,</w:t>
      </w:r>
      <w:r>
        <w:rPr>
          <w:rFonts w:ascii="Courier New" w:hAnsi="Courier New"/>
          <w:color w:val="1E1E1E"/>
          <w:sz w:val="17"/>
        </w:rPr>
        <w:br/>
        <w:t xml:space="preserve">  CURLOPT_ENCODING =&gt; "",</w:t>
      </w:r>
      <w:r>
        <w:rPr>
          <w:rFonts w:ascii="Courier New" w:hAnsi="Courier New"/>
          <w:color w:val="1E1E1E"/>
          <w:sz w:val="17"/>
        </w:rPr>
        <w:br/>
        <w:t xml:space="preserve">  CURLOPT_MAXREDIRS =&gt; 10,</w:t>
      </w:r>
      <w:r>
        <w:rPr>
          <w:rFonts w:ascii="Courier New" w:hAnsi="Courier New"/>
          <w:color w:val="1E1E1E"/>
          <w:sz w:val="17"/>
        </w:rPr>
        <w:br/>
        <w:t xml:space="preserve">  CURLOPT_TIMEOUT =&gt; 30,</w:t>
      </w:r>
      <w:r>
        <w:rPr>
          <w:rFonts w:ascii="Courier New" w:hAnsi="Courier New"/>
          <w:color w:val="1E1E1E"/>
          <w:sz w:val="17"/>
        </w:rPr>
        <w:br/>
        <w:t xml:space="preserve">  CURLOPT_HTTP_VERSION =&gt; CURL_HTTP_VERSION_1_1,</w:t>
      </w:r>
      <w:r>
        <w:rPr>
          <w:rFonts w:ascii="Courier New" w:hAnsi="Courier New"/>
          <w:color w:val="1E1E1E"/>
          <w:sz w:val="17"/>
        </w:rPr>
        <w:br/>
        <w:t xml:space="preserve">  CURLOPT_CUSTOMREQUEST =&gt; "POST",</w:t>
      </w:r>
      <w:r>
        <w:rPr>
          <w:rFonts w:ascii="Courier New" w:hAnsi="Courier New"/>
          <w:color w:val="1E1E1E"/>
          <w:sz w:val="17"/>
        </w:rPr>
        <w:br/>
        <w:t xml:space="preserve">  CURLOPT_POSTFIELDS =&gt; json_encode([</w:t>
      </w:r>
      <w:r>
        <w:rPr>
          <w:rFonts w:ascii="Courier New" w:hAnsi="Courier New"/>
          <w:color w:val="1E1E1E"/>
          <w:sz w:val="17"/>
        </w:rPr>
        <w:br/>
        <w:t xml:space="preserve">    'verification_id' =&gt; 'test123',</w:t>
      </w:r>
      <w:r>
        <w:rPr>
          <w:rFonts w:ascii="Courier New" w:hAnsi="Courier New"/>
          <w:color w:val="1E1E1E"/>
          <w:sz w:val="17"/>
        </w:rPr>
        <w:br/>
        <w:t xml:space="preserve">    'epic_number' =&gt; 'UAI4574761',</w:t>
      </w:r>
      <w:r>
        <w:rPr>
          <w:rFonts w:ascii="Courier New" w:hAnsi="Courier New"/>
          <w:color w:val="1E1E1E"/>
          <w:sz w:val="17"/>
        </w:rPr>
        <w:br/>
        <w:t xml:space="preserve">    'name' =&gt; 'John Doe'</w:t>
      </w:r>
      <w:r>
        <w:rPr>
          <w:rFonts w:ascii="Courier New" w:hAnsi="Courier New"/>
          <w:color w:val="1E1E1E"/>
          <w:sz w:val="17"/>
        </w:rPr>
        <w:br/>
        <w:t xml:space="preserve">  ]),</w:t>
      </w:r>
      <w:r>
        <w:rPr>
          <w:rFonts w:ascii="Courier New" w:hAnsi="Courier New"/>
          <w:color w:val="1E1E1E"/>
          <w:sz w:val="17"/>
        </w:rPr>
        <w:br/>
        <w:t xml:space="preserve">  CURLOPT_HTTPHEADER =&gt; [</w:t>
      </w:r>
      <w:r>
        <w:rPr>
          <w:rFonts w:ascii="Courier New" w:hAnsi="Courier New"/>
          <w:color w:val="1E1E1E"/>
          <w:sz w:val="17"/>
        </w:rPr>
        <w:br/>
        <w:t xml:space="preserve">    "Content-Type: application/json",</w:t>
      </w:r>
      <w:r>
        <w:rPr>
          <w:rFonts w:ascii="Courier New" w:hAnsi="Courier New"/>
          <w:color w:val="1E1E1E"/>
          <w:sz w:val="17"/>
        </w:rPr>
        <w:br/>
        <w:t xml:space="preserve">    "x-client-id: &lt;api-key&gt;",</w:t>
      </w:r>
      <w:r>
        <w:rPr>
          <w:rFonts w:ascii="Courier New" w:hAnsi="Courier New"/>
          <w:color w:val="1E1E1E"/>
          <w:sz w:val="17"/>
        </w:rPr>
        <w:br/>
        <w:t xml:space="preserve">    "x-client-secret: &lt;api-key&gt;"</w:t>
      </w:r>
      <w:r>
        <w:rPr>
          <w:rFonts w:ascii="Courier New" w:hAnsi="Courier New"/>
          <w:color w:val="1E1E1E"/>
          <w:sz w:val="17"/>
        </w:rPr>
        <w:br/>
        <w:t xml:space="preserve">  ],</w:t>
      </w:r>
      <w:r>
        <w:rPr>
          <w:rFonts w:ascii="Courier New" w:hAnsi="Courier New"/>
          <w:color w:val="1E1E1E"/>
          <w:sz w:val="17"/>
        </w:rPr>
        <w:br/>
        <w:t>]);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$response = curl_exec($curl);</w:t>
      </w:r>
      <w:r>
        <w:rPr>
          <w:rFonts w:ascii="Courier New" w:hAnsi="Courier New"/>
          <w:color w:val="1E1E1E"/>
          <w:sz w:val="17"/>
        </w:rPr>
        <w:br/>
        <w:t>$err = curl_error($curl);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curl_close($curl);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if ($err) {</w:t>
      </w:r>
      <w:r>
        <w:rPr>
          <w:rFonts w:ascii="Courier New" w:hAnsi="Courier New"/>
          <w:color w:val="1E1E1E"/>
          <w:sz w:val="17"/>
        </w:rPr>
        <w:br/>
        <w:t xml:space="preserve">  echo "cURL Error #:" . $err;</w:t>
      </w:r>
      <w:r>
        <w:rPr>
          <w:rFonts w:ascii="Courier New" w:hAnsi="Courier New"/>
          <w:color w:val="1E1E1E"/>
          <w:sz w:val="17"/>
        </w:rPr>
        <w:br/>
        <w:t>} else {</w:t>
      </w:r>
      <w:r>
        <w:rPr>
          <w:rFonts w:ascii="Courier New" w:hAnsi="Courier New"/>
          <w:color w:val="1E1E1E"/>
          <w:sz w:val="17"/>
        </w:rPr>
        <w:br/>
        <w:t xml:space="preserve">  echo $response;</w:t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package main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import (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</w:t>
      </w:r>
      <w:proofErr w:type="spellStart"/>
      <w:r>
        <w:rPr>
          <w:rFonts w:ascii="Courier New" w:hAnsi="Courier New"/>
          <w:color w:val="1E1E1E"/>
          <w:sz w:val="17"/>
        </w:rPr>
        <w:t>fmt</w:t>
      </w:r>
      <w:proofErr w:type="spellEnd"/>
      <w:r>
        <w:rPr>
          <w:rFonts w:ascii="Courier New" w:hAnsi="Courier New"/>
          <w:color w:val="1E1E1E"/>
          <w:sz w:val="17"/>
        </w:rPr>
        <w:t>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"strings"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"net/http"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</w:t>
      </w:r>
      <w:proofErr w:type="spellStart"/>
      <w:r>
        <w:rPr>
          <w:rFonts w:ascii="Courier New" w:hAnsi="Courier New"/>
          <w:color w:val="1E1E1E"/>
          <w:sz w:val="17"/>
        </w:rPr>
        <w:t>io</w:t>
      </w:r>
      <w:proofErr w:type="spellEnd"/>
      <w:r>
        <w:rPr>
          <w:rFonts w:ascii="Courier New" w:hAnsi="Courier New"/>
          <w:color w:val="1E1E1E"/>
          <w:sz w:val="17"/>
        </w:rPr>
        <w:t>"</w:t>
      </w:r>
      <w:r>
        <w:rPr>
          <w:rFonts w:ascii="Courier New" w:hAnsi="Courier New"/>
          <w:color w:val="1E1E1E"/>
          <w:sz w:val="17"/>
        </w:rPr>
        <w:br/>
        <w:t>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func</w:t>
      </w:r>
      <w:proofErr w:type="spellEnd"/>
      <w:r>
        <w:rPr>
          <w:rFonts w:ascii="Courier New" w:hAnsi="Courier New"/>
          <w:color w:val="1E1E1E"/>
          <w:sz w:val="17"/>
        </w:rPr>
        <w:t xml:space="preserve"> main() 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</w:r>
      <w:r>
        <w:rPr>
          <w:rFonts w:ascii="Courier New" w:hAnsi="Courier New"/>
          <w:color w:val="1E1E1E"/>
          <w:sz w:val="17"/>
        </w:rPr>
        <w:tab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:= "https://sandbox.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 xml:space="preserve">payload := </w:t>
      </w:r>
      <w:proofErr w:type="spellStart"/>
      <w:r>
        <w:rPr>
          <w:rFonts w:ascii="Courier New" w:hAnsi="Courier New"/>
          <w:color w:val="1E1E1E"/>
          <w:sz w:val="17"/>
        </w:rPr>
        <w:t>strings.NewReader</w:t>
      </w:r>
      <w:proofErr w:type="spellEnd"/>
      <w:r>
        <w:rPr>
          <w:rFonts w:ascii="Courier New" w:hAnsi="Courier New"/>
          <w:color w:val="1E1E1E"/>
          <w:sz w:val="17"/>
        </w:rPr>
        <w:t>("{\n  \"</w:t>
      </w:r>
      <w:proofErr w:type="spellStart"/>
      <w:r>
        <w:rPr>
          <w:rFonts w:ascii="Courier New" w:hAnsi="Courier New"/>
          <w:color w:val="1E1E1E"/>
          <w:sz w:val="17"/>
        </w:rPr>
        <w:t>verification_id</w:t>
      </w:r>
      <w:proofErr w:type="spellEnd"/>
      <w:r>
        <w:rPr>
          <w:rFonts w:ascii="Courier New" w:hAnsi="Courier New"/>
          <w:color w:val="1E1E1E"/>
          <w:sz w:val="17"/>
        </w:rPr>
        <w:t>\": \"test123\",\n  \"</w:t>
      </w:r>
      <w:proofErr w:type="spellStart"/>
      <w:r>
        <w:rPr>
          <w:rFonts w:ascii="Courier New" w:hAnsi="Courier New"/>
          <w:color w:val="1E1E1E"/>
          <w:sz w:val="17"/>
        </w:rPr>
        <w:t>epic_number</w:t>
      </w:r>
      <w:proofErr w:type="spellEnd"/>
      <w:r>
        <w:rPr>
          <w:rFonts w:ascii="Courier New" w:hAnsi="Courier New"/>
          <w:color w:val="1E1E1E"/>
          <w:sz w:val="17"/>
        </w:rPr>
        <w:t>\": \"UAI4574761\",\n  \"name\": \"John Doe\"\n}")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req, _ := http.NewRequest("POST", url, payload)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req.Header.Add("x-client-id", "&lt;api-key&gt;")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req.Header.Add("x-client-secret", "&lt;api-key&gt;")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req.Header.Add("Content-Type", "application/json")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res, _ := http.DefaultClient.Do(req)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defer res.Body.Close()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body, _ := io.ReadAll(res.Body)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fmt.Println(string(body))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pPr>
        <w:spacing w:before="60" w:after="120"/>
        <w:ind w:left="288"/>
      </w:pPr>
      <w:proofErr w:type="spellStart"/>
      <w:r>
        <w:rPr>
          <w:rFonts w:ascii="Courier New" w:hAnsi="Courier New"/>
          <w:color w:val="1E1E1E"/>
          <w:sz w:val="17"/>
        </w:rPr>
        <w:t>HttpResponse</w:t>
      </w:r>
      <w:proofErr w:type="spellEnd"/>
      <w:r>
        <w:rPr>
          <w:rFonts w:ascii="Courier New" w:hAnsi="Courier New"/>
          <w:color w:val="1E1E1E"/>
          <w:sz w:val="17"/>
        </w:rPr>
        <w:t>&lt;String&gt; response = Unirest.post("https://sandbox.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.com/verification/voter-id")</w:t>
      </w:r>
      <w:r>
        <w:rPr>
          <w:rFonts w:ascii="Courier New" w:hAnsi="Courier New"/>
          <w:color w:val="1E1E1E"/>
          <w:sz w:val="17"/>
        </w:rPr>
        <w:br/>
        <w:t xml:space="preserve">  .header("x-client-id", "&lt;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-key&gt;")</w:t>
      </w:r>
      <w:r>
        <w:rPr>
          <w:rFonts w:ascii="Courier New" w:hAnsi="Courier New"/>
          <w:color w:val="1E1E1E"/>
          <w:sz w:val="17"/>
        </w:rPr>
        <w:br/>
        <w:t xml:space="preserve">  .header("x-client-secret", "&lt;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-key&gt;")</w:t>
      </w:r>
      <w:r>
        <w:rPr>
          <w:rFonts w:ascii="Courier New" w:hAnsi="Courier New"/>
          <w:color w:val="1E1E1E"/>
          <w:sz w:val="17"/>
        </w:rPr>
        <w:br/>
        <w:t xml:space="preserve">  .header("Content-Type", "application/json")</w:t>
      </w:r>
      <w:r>
        <w:rPr>
          <w:rFonts w:ascii="Courier New" w:hAnsi="Courier New"/>
          <w:color w:val="1E1E1E"/>
          <w:sz w:val="17"/>
        </w:rPr>
        <w:br/>
        <w:t xml:space="preserve">  .body("{\n  \"verification_id\": \"test123\",\n  \"epic_number\": \"UAI4574761\",\n  \"name\": \"John Doe\"\n}")</w:t>
      </w:r>
      <w:r>
        <w:rPr>
          <w:rFonts w:ascii="Courier New" w:hAnsi="Courier New"/>
          <w:color w:val="1E1E1E"/>
          <w:sz w:val="17"/>
        </w:rPr>
        <w:br/>
        <w:t xml:space="preserve">  .asString();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require '</w:t>
      </w:r>
      <w:proofErr w:type="spellStart"/>
      <w:r>
        <w:rPr>
          <w:rFonts w:ascii="Courier New" w:hAnsi="Courier New"/>
          <w:color w:val="1E1E1E"/>
          <w:sz w:val="17"/>
        </w:rPr>
        <w:t>uri</w:t>
      </w:r>
      <w:proofErr w:type="spellEnd"/>
      <w:r>
        <w:rPr>
          <w:rFonts w:ascii="Courier New" w:hAnsi="Courier New"/>
          <w:color w:val="1E1E1E"/>
          <w:sz w:val="17"/>
        </w:rPr>
        <w:t>'</w:t>
      </w:r>
      <w:r>
        <w:rPr>
          <w:rFonts w:ascii="Courier New" w:hAnsi="Courier New"/>
          <w:color w:val="1E1E1E"/>
          <w:sz w:val="17"/>
        </w:rPr>
        <w:br/>
        <w:t>require 'net/http'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= URI("https://sandbox.</w:t>
      </w:r>
      <w:r w:rsid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http = Net::</w:t>
      </w:r>
      <w:proofErr w:type="spellStart"/>
      <w:r>
        <w:rPr>
          <w:rFonts w:ascii="Courier New" w:hAnsi="Courier New"/>
          <w:color w:val="1E1E1E"/>
          <w:sz w:val="17"/>
        </w:rPr>
        <w:t>HTTP.new</w:t>
      </w:r>
      <w:proofErr w:type="spellEnd"/>
      <w:r>
        <w:rPr>
          <w:rFonts w:ascii="Courier New" w:hAnsi="Courier New"/>
          <w:color w:val="1E1E1E"/>
          <w:sz w:val="17"/>
        </w:rPr>
        <w:t>(</w:t>
      </w:r>
      <w:proofErr w:type="spellStart"/>
      <w:r>
        <w:rPr>
          <w:rFonts w:ascii="Courier New" w:hAnsi="Courier New"/>
          <w:color w:val="1E1E1E"/>
          <w:sz w:val="17"/>
        </w:rPr>
        <w:t>url.host</w:t>
      </w:r>
      <w:proofErr w:type="spellEnd"/>
      <w:r>
        <w:rPr>
          <w:rFonts w:ascii="Courier New" w:hAnsi="Courier New"/>
          <w:color w:val="1E1E1E"/>
          <w:sz w:val="17"/>
        </w:rPr>
        <w:t xml:space="preserve">, </w:t>
      </w:r>
      <w:proofErr w:type="spellStart"/>
      <w:r>
        <w:rPr>
          <w:rFonts w:ascii="Courier New" w:hAnsi="Courier New"/>
          <w:color w:val="1E1E1E"/>
          <w:sz w:val="17"/>
        </w:rPr>
        <w:t>url.port</w:t>
      </w:r>
      <w:proofErr w:type="spellEnd"/>
      <w:r>
        <w:rPr>
          <w:rFonts w:ascii="Courier New" w:hAnsi="Courier New"/>
          <w:color w:val="1E1E1E"/>
          <w:sz w:val="17"/>
        </w:rPr>
        <w:t>)</w:t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http.use_ssl</w:t>
      </w:r>
      <w:proofErr w:type="spellEnd"/>
      <w:r>
        <w:rPr>
          <w:rFonts w:ascii="Courier New" w:hAnsi="Courier New"/>
          <w:color w:val="1E1E1E"/>
          <w:sz w:val="17"/>
        </w:rPr>
        <w:t xml:space="preserve"> = true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request = Net::HTTP::Post.new(url)</w:t>
      </w:r>
      <w:r>
        <w:rPr>
          <w:rFonts w:ascii="Courier New" w:hAnsi="Courier New"/>
          <w:color w:val="1E1E1E"/>
          <w:sz w:val="17"/>
        </w:rPr>
        <w:br/>
        <w:t>request["x-client-id"] = '&lt;api-key&gt;'</w:t>
      </w:r>
      <w:r>
        <w:rPr>
          <w:rFonts w:ascii="Courier New" w:hAnsi="Courier New"/>
          <w:color w:val="1E1E1E"/>
          <w:sz w:val="17"/>
        </w:rPr>
        <w:br/>
        <w:t>request["x-client-secret"] = '&lt;api-key&gt;'</w:t>
      </w:r>
      <w:r>
        <w:rPr>
          <w:rFonts w:ascii="Courier New" w:hAnsi="Courier New"/>
          <w:color w:val="1E1E1E"/>
          <w:sz w:val="17"/>
        </w:rPr>
        <w:br/>
        <w:t>request["Content-Type"] = 'application/json'</w:t>
      </w:r>
      <w:r>
        <w:rPr>
          <w:rFonts w:ascii="Courier New" w:hAnsi="Courier New"/>
          <w:color w:val="1E1E1E"/>
          <w:sz w:val="17"/>
        </w:rPr>
        <w:br/>
        <w:t>request.body = "{\n  \"verification_id\": \"test123\",\n  \"epic_number\": \"UAI4574761\",\n  \"name\": \"John Doe\"\n}"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response = http.request(request)</w:t>
      </w:r>
      <w:r>
        <w:rPr>
          <w:rFonts w:ascii="Courier New" w:hAnsi="Courier New"/>
          <w:color w:val="1E1E1E"/>
          <w:sz w:val="17"/>
        </w:rPr>
        <w:br/>
        <w:t>puts response.read_body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"reference_id"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1358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"verification_id"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"testverificationid"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"status"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t xml:space="preserve">: </w:t>
      </w:r>
      <w:r>
        <w:rPr>
          <w:rFonts w:ascii="Courier New" w:hAnsi="Courier New"/>
          <w:color w:val="1E1E1E"/>
          <w:sz w:val="17"/>
        </w:rPr>
        <w:br/>
        <w:t>"VALID"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"epic_number"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"UAI4574761"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"HARSHIT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"name_in_regional_lang"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"हर्षित"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"age"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"23"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"relation_type"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"FTHR"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"relation_name"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"RAJ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"relation_name_in_regional_lang"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"राज"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"father_name"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"RAJ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"dob"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"2000-12-07"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"gender"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"Male"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</w:r>
      <w:r>
        <w:rPr>
          <w:rFonts w:ascii="Courier New" w:hAnsi="Courier New"/>
          <w:color w:val="1E1E1E"/>
          <w:sz w:val="17"/>
        </w:rPr>
        <w:br/>
        <w:t xml:space="preserve">  "address"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"photo"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"PHOTO_LINK.jpeg"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"split_address"</w:t>
      </w:r>
      <w:r>
        <w:rPr>
          <w:rFonts w:ascii="Courier New" w:hAnsi="Courier New"/>
          <w:color w:val="1E1E1E"/>
          <w:sz w:val="17"/>
        </w:rPr>
        <w:br/>
        <w:t>: 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"district"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"INDORE"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"state"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  "Madhya Pradesh"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]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"city"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"SANER"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"pincode"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"560034"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"country"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  <w:t xml:space="preserve">      "IN"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"INDIA"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"address_line"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},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"state"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"Madhya Pradesh"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"assembly_constituency_number"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"211"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"assembly_constituency"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"SANER"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"parliamentary_constituency_number"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"25"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"parliamentary_constituency"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"INDORE"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"part_number"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"27"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"part_name"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"SIRWAR"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</w:r>
      <w:r>
        <w:rPr>
          <w:rFonts w:ascii="Courier New" w:hAnsi="Courier New"/>
          <w:color w:val="1E1E1E"/>
          <w:sz w:val="17"/>
        </w:rPr>
        <w:br/>
        <w:t xml:space="preserve">  "serial_number"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"713"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"polling_station"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r>
        <w:t>Voter IDVerify Voter IDUse this API to verify whether the voter ID is valid by passing the EPIC number.</w:t>
      </w:r>
      <w:r>
        <w:br/>
        <w:t xml:space="preserve">View the </w:t>
      </w:r>
      <w:r w:rsidR="00834E8F" w:rsidRPr="00834E8F">
        <w:t xml:space="preserve">test data </w:t>
      </w:r>
      <w:r>
        <w:t>and use the information to trigger the validations. The test data can be used only in the sandbox environment.</w:t>
      </w:r>
    </w:p>
    <w:p w:rsidR="001D3732" w:rsidRDefault="00F61AFE">
      <w:r>
        <w:t>POST</w:t>
      </w:r>
    </w:p>
    <w:p w:rsidR="001D3732" w:rsidRDefault="00F61AFE">
      <w:r>
        <w:t>https://sandbox.</w:t>
      </w:r>
      <w:r w:rsidR="001461E5">
        <w:t>n</w:t>
      </w:r>
      <w:r w:rsidR="001461E5" w:rsidRPr="001461E5">
        <w:t>oblewebstudio</w:t>
      </w:r>
      <w:r>
        <w:t>.com/verificationhttps://api.</w:t>
      </w:r>
      <w:r w:rsidR="001461E5">
        <w:t>n</w:t>
      </w:r>
      <w:r w:rsidR="001461E5" w:rsidRPr="001461E5">
        <w:t>oblewebstudio</w:t>
      </w:r>
      <w:r>
        <w:t>.com/verification</w:t>
      </w:r>
    </w:p>
    <w:p w:rsidR="001D3732" w:rsidRDefault="00F61AFE">
      <w:r>
        <w:t>/</w:t>
      </w:r>
    </w:p>
    <w:p w:rsidR="001D3732" w:rsidRDefault="00F61AFE">
      <w:r>
        <w:t>voter-id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curl</w:t>
      </w:r>
      <w:r>
        <w:rPr>
          <w:rFonts w:ascii="Courier New" w:hAnsi="Courier New"/>
          <w:color w:val="1E1E1E"/>
          <w:sz w:val="17"/>
        </w:rPr>
        <w:br/>
        <w:t xml:space="preserve"> --request</w:t>
      </w:r>
      <w:r>
        <w:rPr>
          <w:rFonts w:ascii="Courier New" w:hAnsi="Courier New"/>
          <w:color w:val="1E1E1E"/>
          <w:sz w:val="17"/>
        </w:rPr>
        <w:br/>
        <w:t xml:space="preserve"> POST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</w:t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br/>
        <w:t xml:space="preserve"> 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'Content-Type: application/json'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'x-client-id: &lt;api-key&gt;'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--header</w:t>
      </w:r>
      <w:r>
        <w:rPr>
          <w:rFonts w:ascii="Courier New" w:hAnsi="Courier New"/>
          <w:color w:val="1E1E1E"/>
          <w:sz w:val="17"/>
        </w:rPr>
        <w:br/>
        <w:t xml:space="preserve"> 'x-client-secret: &lt;api-key&gt;'</w:t>
      </w:r>
      <w:r>
        <w:rPr>
          <w:rFonts w:ascii="Courier New" w:hAnsi="Courier New"/>
          <w:color w:val="1E1E1E"/>
          <w:sz w:val="17"/>
        </w:rPr>
        <w:br/>
        <w:t xml:space="preserve"> \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--data</w:t>
      </w:r>
      <w:r>
        <w:rPr>
          <w:rFonts w:ascii="Courier New" w:hAnsi="Courier New"/>
          <w:color w:val="1E1E1E"/>
          <w:sz w:val="17"/>
        </w:rPr>
        <w:br/>
        <w:t xml:space="preserve"> '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"verification_id": "test123",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br/>
        <w:t xml:space="preserve">  "epic_number": "UAI4574761",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"name": "John Doe"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'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import requests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= "https://sandbox.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payload = {</w:t>
      </w:r>
      <w:r>
        <w:rPr>
          <w:rFonts w:ascii="Courier New" w:hAnsi="Courier New"/>
          <w:color w:val="1E1E1E"/>
          <w:sz w:val="17"/>
        </w:rPr>
        <w:br/>
        <w:t xml:space="preserve">    "verification_id": "test123",</w:t>
      </w:r>
      <w:r>
        <w:rPr>
          <w:rFonts w:ascii="Courier New" w:hAnsi="Courier New"/>
          <w:color w:val="1E1E1E"/>
          <w:sz w:val="17"/>
        </w:rPr>
        <w:br/>
        <w:t xml:space="preserve">    "epic_number": "UAI4574761",</w:t>
      </w:r>
      <w:r>
        <w:rPr>
          <w:rFonts w:ascii="Courier New" w:hAnsi="Courier New"/>
          <w:color w:val="1E1E1E"/>
          <w:sz w:val="17"/>
        </w:rPr>
        <w:br/>
        <w:t xml:space="preserve">    "name": "John Doe"</w:t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  <w:t>headers = {</w:t>
      </w:r>
      <w:r>
        <w:rPr>
          <w:rFonts w:ascii="Courier New" w:hAnsi="Courier New"/>
          <w:color w:val="1E1E1E"/>
          <w:sz w:val="17"/>
        </w:rPr>
        <w:br/>
        <w:t xml:space="preserve">    "x-client-id": "&lt;api-key&gt;",</w:t>
      </w:r>
      <w:r>
        <w:rPr>
          <w:rFonts w:ascii="Courier New" w:hAnsi="Courier New"/>
          <w:color w:val="1E1E1E"/>
          <w:sz w:val="17"/>
        </w:rPr>
        <w:br/>
        <w:t xml:space="preserve">    "x-client-secret": "&lt;api-key&gt;",</w:t>
      </w:r>
      <w:r>
        <w:rPr>
          <w:rFonts w:ascii="Courier New" w:hAnsi="Courier New"/>
          <w:color w:val="1E1E1E"/>
          <w:sz w:val="17"/>
        </w:rPr>
        <w:br/>
        <w:t xml:space="preserve">    "Content-Type": "application/json"</w:t>
      </w:r>
      <w:r>
        <w:rPr>
          <w:rFonts w:ascii="Courier New" w:hAnsi="Courier New"/>
          <w:color w:val="1E1E1E"/>
          <w:sz w:val="17"/>
        </w:rPr>
        <w:br/>
        <w:t>}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response = requests.post(url, json=payload, headers=headers)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print(response.text)</w:t>
      </w:r>
    </w:p>
    <w:p w:rsidR="001D3732" w:rsidRDefault="00F61AFE">
      <w:pPr>
        <w:spacing w:before="60" w:after="120"/>
        <w:ind w:left="288"/>
      </w:pPr>
      <w:proofErr w:type="spellStart"/>
      <w:r>
        <w:rPr>
          <w:rFonts w:ascii="Courier New" w:hAnsi="Courier New"/>
          <w:color w:val="1E1E1E"/>
          <w:sz w:val="17"/>
        </w:rPr>
        <w:t>const</w:t>
      </w:r>
      <w:proofErr w:type="spellEnd"/>
      <w:r>
        <w:rPr>
          <w:rFonts w:ascii="Courier New" w:hAnsi="Courier New"/>
          <w:color w:val="1E1E1E"/>
          <w:sz w:val="17"/>
        </w:rPr>
        <w:t xml:space="preserve"> options = {</w:t>
      </w:r>
      <w:r>
        <w:rPr>
          <w:rFonts w:ascii="Courier New" w:hAnsi="Courier New"/>
          <w:color w:val="1E1E1E"/>
          <w:sz w:val="17"/>
        </w:rPr>
        <w:br/>
        <w:t xml:space="preserve">  method: 'POST',</w:t>
      </w:r>
      <w:r>
        <w:rPr>
          <w:rFonts w:ascii="Courier New" w:hAnsi="Courier New"/>
          <w:color w:val="1E1E1E"/>
          <w:sz w:val="17"/>
        </w:rPr>
        <w:br/>
        <w:t xml:space="preserve">  headers: {</w:t>
      </w:r>
      <w:r>
        <w:rPr>
          <w:rFonts w:ascii="Courier New" w:hAnsi="Courier New"/>
          <w:color w:val="1E1E1E"/>
          <w:sz w:val="17"/>
        </w:rPr>
        <w:br/>
        <w:t xml:space="preserve">    'x-client-id': '&lt;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-key&gt;',</w:t>
      </w:r>
      <w:r>
        <w:rPr>
          <w:rFonts w:ascii="Courier New" w:hAnsi="Courier New"/>
          <w:color w:val="1E1E1E"/>
          <w:sz w:val="17"/>
        </w:rPr>
        <w:br/>
        <w:t xml:space="preserve">    'x-client-secret': '&lt;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-key&gt;',</w:t>
      </w:r>
      <w:r>
        <w:rPr>
          <w:rFonts w:ascii="Courier New" w:hAnsi="Courier New"/>
          <w:color w:val="1E1E1E"/>
          <w:sz w:val="17"/>
        </w:rPr>
        <w:br/>
        <w:t xml:space="preserve">    'Content-Type': 'application/</w:t>
      </w:r>
      <w:proofErr w:type="spellStart"/>
      <w:r>
        <w:rPr>
          <w:rFonts w:ascii="Courier New" w:hAnsi="Courier New"/>
          <w:color w:val="1E1E1E"/>
          <w:sz w:val="17"/>
        </w:rPr>
        <w:t>json</w:t>
      </w:r>
      <w:proofErr w:type="spellEnd"/>
      <w:r>
        <w:rPr>
          <w:rFonts w:ascii="Courier New" w:hAnsi="Courier New"/>
          <w:color w:val="1E1E1E"/>
          <w:sz w:val="17"/>
        </w:rPr>
        <w:t>'</w:t>
      </w:r>
      <w:r>
        <w:rPr>
          <w:rFonts w:ascii="Courier New" w:hAnsi="Courier New"/>
          <w:color w:val="1E1E1E"/>
          <w:sz w:val="17"/>
        </w:rPr>
        <w:br/>
        <w:t xml:space="preserve">  },</w:t>
      </w:r>
      <w:r>
        <w:rPr>
          <w:rFonts w:ascii="Courier New" w:hAnsi="Courier New"/>
          <w:color w:val="1E1E1E"/>
          <w:sz w:val="17"/>
        </w:rPr>
        <w:br/>
        <w:t xml:space="preserve">  body: </w:t>
      </w:r>
      <w:proofErr w:type="spellStart"/>
      <w:r>
        <w:rPr>
          <w:rFonts w:ascii="Courier New" w:hAnsi="Courier New"/>
          <w:color w:val="1E1E1E"/>
          <w:sz w:val="17"/>
        </w:rPr>
        <w:t>JSON.stringify</w:t>
      </w:r>
      <w:proofErr w:type="spellEnd"/>
      <w:r>
        <w:rPr>
          <w:rFonts w:ascii="Courier New" w:hAnsi="Courier New"/>
          <w:color w:val="1E1E1E"/>
          <w:sz w:val="17"/>
        </w:rPr>
        <w:t>({</w:t>
      </w:r>
      <w:proofErr w:type="spellStart"/>
      <w:r>
        <w:rPr>
          <w:rFonts w:ascii="Courier New" w:hAnsi="Courier New"/>
          <w:color w:val="1E1E1E"/>
          <w:sz w:val="17"/>
        </w:rPr>
        <w:t>verification_id</w:t>
      </w:r>
      <w:proofErr w:type="spellEnd"/>
      <w:r>
        <w:rPr>
          <w:rFonts w:ascii="Courier New" w:hAnsi="Courier New"/>
          <w:color w:val="1E1E1E"/>
          <w:sz w:val="17"/>
        </w:rPr>
        <w:t xml:space="preserve">: 'test123', </w:t>
      </w:r>
      <w:proofErr w:type="spellStart"/>
      <w:r>
        <w:rPr>
          <w:rFonts w:ascii="Courier New" w:hAnsi="Courier New"/>
          <w:color w:val="1E1E1E"/>
          <w:sz w:val="17"/>
        </w:rPr>
        <w:t>epic_number</w:t>
      </w:r>
      <w:proofErr w:type="spellEnd"/>
      <w:r>
        <w:rPr>
          <w:rFonts w:ascii="Courier New" w:hAnsi="Courier New"/>
          <w:color w:val="1E1E1E"/>
          <w:sz w:val="17"/>
        </w:rPr>
        <w:t>: 'UAI4574761', name: 'John Doe'})</w:t>
      </w:r>
      <w:r>
        <w:rPr>
          <w:rFonts w:ascii="Courier New" w:hAnsi="Courier New"/>
          <w:color w:val="1E1E1E"/>
          <w:sz w:val="17"/>
        </w:rPr>
        <w:br/>
        <w:t>};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fetch('https://sandbox.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.com/verification/voter-id', options)</w:t>
      </w:r>
      <w:r>
        <w:rPr>
          <w:rFonts w:ascii="Courier New" w:hAnsi="Courier New"/>
          <w:color w:val="1E1E1E"/>
          <w:sz w:val="17"/>
        </w:rPr>
        <w:br/>
        <w:t xml:space="preserve">  .then(res =&gt; res.json())</w:t>
      </w:r>
      <w:r>
        <w:rPr>
          <w:rFonts w:ascii="Courier New" w:hAnsi="Courier New"/>
          <w:color w:val="1E1E1E"/>
          <w:sz w:val="17"/>
        </w:rPr>
        <w:br/>
        <w:t xml:space="preserve">  .then(res =&gt; console.log(res))</w:t>
      </w:r>
      <w:r>
        <w:rPr>
          <w:rFonts w:ascii="Courier New" w:hAnsi="Courier New"/>
          <w:color w:val="1E1E1E"/>
          <w:sz w:val="17"/>
        </w:rPr>
        <w:br/>
        <w:t xml:space="preserve">  .catch(err =&gt; console.error(err));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&lt;?php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$curl = curl_init();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curl_setopt_array($curl, [</w:t>
      </w:r>
      <w:r>
        <w:rPr>
          <w:rFonts w:ascii="Courier New" w:hAnsi="Courier New"/>
          <w:color w:val="1E1E1E"/>
          <w:sz w:val="17"/>
        </w:rPr>
        <w:br/>
        <w:t xml:space="preserve">  CURLOPT_URL =&gt; "https://sandbox.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.com/verification/voter-id",</w:t>
      </w:r>
      <w:r>
        <w:rPr>
          <w:rFonts w:ascii="Courier New" w:hAnsi="Courier New"/>
          <w:color w:val="1E1E1E"/>
          <w:sz w:val="17"/>
        </w:rPr>
        <w:br/>
        <w:t xml:space="preserve">  CURLOPT_RETURNTRANSFER =&gt; true,</w:t>
      </w:r>
      <w:r>
        <w:rPr>
          <w:rFonts w:ascii="Courier New" w:hAnsi="Courier New"/>
          <w:color w:val="1E1E1E"/>
          <w:sz w:val="17"/>
        </w:rPr>
        <w:br/>
        <w:t xml:space="preserve">  CURLOPT_ENCODING =&gt; "",</w:t>
      </w:r>
      <w:r>
        <w:rPr>
          <w:rFonts w:ascii="Courier New" w:hAnsi="Courier New"/>
          <w:color w:val="1E1E1E"/>
          <w:sz w:val="17"/>
        </w:rPr>
        <w:br/>
        <w:t xml:space="preserve">  CURLOPT_MAXREDIRS =&gt; 10,</w:t>
      </w:r>
      <w:r>
        <w:rPr>
          <w:rFonts w:ascii="Courier New" w:hAnsi="Courier New"/>
          <w:color w:val="1E1E1E"/>
          <w:sz w:val="17"/>
        </w:rPr>
        <w:br/>
        <w:t xml:space="preserve">  CURLOPT_TIMEOUT =&gt; 30,</w:t>
      </w:r>
      <w:r>
        <w:rPr>
          <w:rFonts w:ascii="Courier New" w:hAnsi="Courier New"/>
          <w:color w:val="1E1E1E"/>
          <w:sz w:val="17"/>
        </w:rPr>
        <w:br/>
        <w:t xml:space="preserve">  CURLOPT_HTTP_VERSION =&gt; CURL_HTTP_VERSION_1_1,</w:t>
      </w:r>
      <w:r>
        <w:rPr>
          <w:rFonts w:ascii="Courier New" w:hAnsi="Courier New"/>
          <w:color w:val="1E1E1E"/>
          <w:sz w:val="17"/>
        </w:rPr>
        <w:br/>
        <w:t xml:space="preserve">  CURLOPT_CUSTOMREQUEST =&gt; "POST",</w:t>
      </w:r>
      <w:r>
        <w:rPr>
          <w:rFonts w:ascii="Courier New" w:hAnsi="Courier New"/>
          <w:color w:val="1E1E1E"/>
          <w:sz w:val="17"/>
        </w:rPr>
        <w:br/>
        <w:t xml:space="preserve">  CURLOPT_POSTFIELDS =&gt; json_encode([</w:t>
      </w:r>
      <w:r>
        <w:rPr>
          <w:rFonts w:ascii="Courier New" w:hAnsi="Courier New"/>
          <w:color w:val="1E1E1E"/>
          <w:sz w:val="17"/>
        </w:rPr>
        <w:br/>
        <w:t xml:space="preserve">    'verification_id' =&gt; 'test123',</w:t>
      </w:r>
      <w:r>
        <w:rPr>
          <w:rFonts w:ascii="Courier New" w:hAnsi="Courier New"/>
          <w:color w:val="1E1E1E"/>
          <w:sz w:val="17"/>
        </w:rPr>
        <w:br/>
        <w:t xml:space="preserve">    'epic_number' =&gt; 'UAI4574761',</w:t>
      </w:r>
      <w:r>
        <w:rPr>
          <w:rFonts w:ascii="Courier New" w:hAnsi="Courier New"/>
          <w:color w:val="1E1E1E"/>
          <w:sz w:val="17"/>
        </w:rPr>
        <w:br/>
        <w:t xml:space="preserve">    'name' =&gt; 'John Doe'</w:t>
      </w:r>
      <w:r>
        <w:rPr>
          <w:rFonts w:ascii="Courier New" w:hAnsi="Courier New"/>
          <w:color w:val="1E1E1E"/>
          <w:sz w:val="17"/>
        </w:rPr>
        <w:br/>
        <w:t xml:space="preserve">  ]),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t xml:space="preserve">  CURLOPT_HTTPHEADER =&gt; [</w:t>
      </w:r>
      <w:r>
        <w:rPr>
          <w:rFonts w:ascii="Courier New" w:hAnsi="Courier New"/>
          <w:color w:val="1E1E1E"/>
          <w:sz w:val="17"/>
        </w:rPr>
        <w:br/>
        <w:t xml:space="preserve">    "Content-Type: application/json",</w:t>
      </w:r>
      <w:r>
        <w:rPr>
          <w:rFonts w:ascii="Courier New" w:hAnsi="Courier New"/>
          <w:color w:val="1E1E1E"/>
          <w:sz w:val="17"/>
        </w:rPr>
        <w:br/>
        <w:t xml:space="preserve">    "x-client-id: &lt;api-key&gt;",</w:t>
      </w:r>
      <w:r>
        <w:rPr>
          <w:rFonts w:ascii="Courier New" w:hAnsi="Courier New"/>
          <w:color w:val="1E1E1E"/>
          <w:sz w:val="17"/>
        </w:rPr>
        <w:br/>
        <w:t xml:space="preserve">    "x-client-secret: &lt;api-key&gt;"</w:t>
      </w:r>
      <w:r>
        <w:rPr>
          <w:rFonts w:ascii="Courier New" w:hAnsi="Courier New"/>
          <w:color w:val="1E1E1E"/>
          <w:sz w:val="17"/>
        </w:rPr>
        <w:br/>
        <w:t xml:space="preserve">  ],</w:t>
      </w:r>
      <w:r>
        <w:rPr>
          <w:rFonts w:ascii="Courier New" w:hAnsi="Courier New"/>
          <w:color w:val="1E1E1E"/>
          <w:sz w:val="17"/>
        </w:rPr>
        <w:br/>
        <w:t>]);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$response = curl_exec($curl);</w:t>
      </w:r>
      <w:r>
        <w:rPr>
          <w:rFonts w:ascii="Courier New" w:hAnsi="Courier New"/>
          <w:color w:val="1E1E1E"/>
          <w:sz w:val="17"/>
        </w:rPr>
        <w:br/>
        <w:t>$err = curl_error($curl);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curl_close($curl);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if ($err) {</w:t>
      </w:r>
      <w:r>
        <w:rPr>
          <w:rFonts w:ascii="Courier New" w:hAnsi="Courier New"/>
          <w:color w:val="1E1E1E"/>
          <w:sz w:val="17"/>
        </w:rPr>
        <w:br/>
        <w:t xml:space="preserve">  echo "cURL Error #:" . $err;</w:t>
      </w:r>
      <w:r>
        <w:rPr>
          <w:rFonts w:ascii="Courier New" w:hAnsi="Courier New"/>
          <w:color w:val="1E1E1E"/>
          <w:sz w:val="17"/>
        </w:rPr>
        <w:br/>
        <w:t>} else {</w:t>
      </w:r>
      <w:r>
        <w:rPr>
          <w:rFonts w:ascii="Courier New" w:hAnsi="Courier New"/>
          <w:color w:val="1E1E1E"/>
          <w:sz w:val="17"/>
        </w:rPr>
        <w:br/>
        <w:t xml:space="preserve">  echo $response;</w:t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package main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import (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</w:t>
      </w:r>
      <w:proofErr w:type="spellStart"/>
      <w:r>
        <w:rPr>
          <w:rFonts w:ascii="Courier New" w:hAnsi="Courier New"/>
          <w:color w:val="1E1E1E"/>
          <w:sz w:val="17"/>
        </w:rPr>
        <w:t>fmt</w:t>
      </w:r>
      <w:proofErr w:type="spellEnd"/>
      <w:r>
        <w:rPr>
          <w:rFonts w:ascii="Courier New" w:hAnsi="Courier New"/>
          <w:color w:val="1E1E1E"/>
          <w:sz w:val="17"/>
        </w:rPr>
        <w:t>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"strings"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"net/http"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"</w:t>
      </w:r>
      <w:proofErr w:type="spellStart"/>
      <w:r>
        <w:rPr>
          <w:rFonts w:ascii="Courier New" w:hAnsi="Courier New"/>
          <w:color w:val="1E1E1E"/>
          <w:sz w:val="17"/>
        </w:rPr>
        <w:t>io</w:t>
      </w:r>
      <w:proofErr w:type="spellEnd"/>
      <w:r>
        <w:rPr>
          <w:rFonts w:ascii="Courier New" w:hAnsi="Courier New"/>
          <w:color w:val="1E1E1E"/>
          <w:sz w:val="17"/>
        </w:rPr>
        <w:t>"</w:t>
      </w:r>
      <w:r>
        <w:rPr>
          <w:rFonts w:ascii="Courier New" w:hAnsi="Courier New"/>
          <w:color w:val="1E1E1E"/>
          <w:sz w:val="17"/>
        </w:rPr>
        <w:br/>
        <w:t>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func</w:t>
      </w:r>
      <w:proofErr w:type="spellEnd"/>
      <w:r>
        <w:rPr>
          <w:rFonts w:ascii="Courier New" w:hAnsi="Courier New"/>
          <w:color w:val="1E1E1E"/>
          <w:sz w:val="17"/>
        </w:rPr>
        <w:t xml:space="preserve"> main() 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:= "https://sandbox.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 xml:space="preserve">payload := </w:t>
      </w:r>
      <w:proofErr w:type="spellStart"/>
      <w:r>
        <w:rPr>
          <w:rFonts w:ascii="Courier New" w:hAnsi="Courier New"/>
          <w:color w:val="1E1E1E"/>
          <w:sz w:val="17"/>
        </w:rPr>
        <w:t>strings.NewReader</w:t>
      </w:r>
      <w:proofErr w:type="spellEnd"/>
      <w:r>
        <w:rPr>
          <w:rFonts w:ascii="Courier New" w:hAnsi="Courier New"/>
          <w:color w:val="1E1E1E"/>
          <w:sz w:val="17"/>
        </w:rPr>
        <w:t>("{\n  \"</w:t>
      </w:r>
      <w:proofErr w:type="spellStart"/>
      <w:r>
        <w:rPr>
          <w:rFonts w:ascii="Courier New" w:hAnsi="Courier New"/>
          <w:color w:val="1E1E1E"/>
          <w:sz w:val="17"/>
        </w:rPr>
        <w:t>verification_id</w:t>
      </w:r>
      <w:proofErr w:type="spellEnd"/>
      <w:r>
        <w:rPr>
          <w:rFonts w:ascii="Courier New" w:hAnsi="Courier New"/>
          <w:color w:val="1E1E1E"/>
          <w:sz w:val="17"/>
        </w:rPr>
        <w:t>\": \"test123\",\n  \"</w:t>
      </w:r>
      <w:proofErr w:type="spellStart"/>
      <w:r>
        <w:rPr>
          <w:rFonts w:ascii="Courier New" w:hAnsi="Courier New"/>
          <w:color w:val="1E1E1E"/>
          <w:sz w:val="17"/>
        </w:rPr>
        <w:t>epic_number</w:t>
      </w:r>
      <w:proofErr w:type="spellEnd"/>
      <w:r>
        <w:rPr>
          <w:rFonts w:ascii="Courier New" w:hAnsi="Courier New"/>
          <w:color w:val="1E1E1E"/>
          <w:sz w:val="17"/>
        </w:rPr>
        <w:t>\": \"UAI4574761\",\n  \"name\": \"John Doe\"\n}")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req, _ := http.NewRequest("POST", url, payload)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req.Header.Add("x-client-id", "&lt;api-key&gt;")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req.Header.Add("x-client-secret", "&lt;api-key&gt;")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req.Header.Add("Content-Type", "application/json")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res, _ := http.DefaultClient.Do(req)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defer res.Body.Close()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body, _ := io.ReadAll(res.Body)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tab/>
        <w:t>fmt.Println(string(body))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pPr>
        <w:spacing w:before="60" w:after="120"/>
        <w:ind w:left="288"/>
      </w:pPr>
      <w:proofErr w:type="spellStart"/>
      <w:r>
        <w:rPr>
          <w:rFonts w:ascii="Courier New" w:hAnsi="Courier New"/>
          <w:color w:val="1E1E1E"/>
          <w:sz w:val="17"/>
        </w:rPr>
        <w:t>HttpResponse</w:t>
      </w:r>
      <w:proofErr w:type="spellEnd"/>
      <w:r>
        <w:rPr>
          <w:rFonts w:ascii="Courier New" w:hAnsi="Courier New"/>
          <w:color w:val="1E1E1E"/>
          <w:sz w:val="17"/>
        </w:rPr>
        <w:t>&lt;String&gt; response = Unirest.post("https://sandbox.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.com/verification/voter-id")</w:t>
      </w:r>
      <w:r>
        <w:rPr>
          <w:rFonts w:ascii="Courier New" w:hAnsi="Courier New"/>
          <w:color w:val="1E1E1E"/>
          <w:sz w:val="17"/>
        </w:rPr>
        <w:br/>
        <w:t xml:space="preserve">  .header("x-client-id", "&lt;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-key&gt;")</w:t>
      </w:r>
      <w:r>
        <w:rPr>
          <w:rFonts w:ascii="Courier New" w:hAnsi="Courier New"/>
          <w:color w:val="1E1E1E"/>
          <w:sz w:val="17"/>
        </w:rPr>
        <w:br/>
        <w:t xml:space="preserve">  .header("x-client-secret", "&lt;</w:t>
      </w:r>
      <w:proofErr w:type="spellStart"/>
      <w:r>
        <w:rPr>
          <w:rFonts w:ascii="Courier New" w:hAnsi="Courier New"/>
          <w:color w:val="1E1E1E"/>
          <w:sz w:val="17"/>
        </w:rPr>
        <w:t>api</w:t>
      </w:r>
      <w:proofErr w:type="spellEnd"/>
      <w:r>
        <w:rPr>
          <w:rFonts w:ascii="Courier New" w:hAnsi="Courier New"/>
          <w:color w:val="1E1E1E"/>
          <w:sz w:val="17"/>
        </w:rPr>
        <w:t>-key&gt;")</w:t>
      </w:r>
      <w:r>
        <w:rPr>
          <w:rFonts w:ascii="Courier New" w:hAnsi="Courier New"/>
          <w:color w:val="1E1E1E"/>
          <w:sz w:val="17"/>
        </w:rPr>
        <w:br/>
        <w:t xml:space="preserve">  .header("Content-Type", "application/json")</w:t>
      </w:r>
      <w:r>
        <w:rPr>
          <w:rFonts w:ascii="Courier New" w:hAnsi="Courier New"/>
          <w:color w:val="1E1E1E"/>
          <w:sz w:val="17"/>
        </w:rPr>
        <w:br/>
        <w:t xml:space="preserve">  .body("{\n  \"verification_id\": \"test123\",\n  \"epic_number\": \"UAI4574761\",\n  \"name\": \"John Doe\"\n}")</w:t>
      </w:r>
      <w:r>
        <w:rPr>
          <w:rFonts w:ascii="Courier New" w:hAnsi="Courier New"/>
          <w:color w:val="1E1E1E"/>
          <w:sz w:val="17"/>
        </w:rPr>
        <w:br/>
        <w:t xml:space="preserve">  .asString();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require '</w:t>
      </w:r>
      <w:proofErr w:type="spellStart"/>
      <w:r>
        <w:rPr>
          <w:rFonts w:ascii="Courier New" w:hAnsi="Courier New"/>
          <w:color w:val="1E1E1E"/>
          <w:sz w:val="17"/>
        </w:rPr>
        <w:t>uri</w:t>
      </w:r>
      <w:proofErr w:type="spellEnd"/>
      <w:r>
        <w:rPr>
          <w:rFonts w:ascii="Courier New" w:hAnsi="Courier New"/>
          <w:color w:val="1E1E1E"/>
          <w:sz w:val="17"/>
        </w:rPr>
        <w:t>'</w:t>
      </w:r>
      <w:r>
        <w:rPr>
          <w:rFonts w:ascii="Courier New" w:hAnsi="Courier New"/>
          <w:color w:val="1E1E1E"/>
          <w:sz w:val="17"/>
        </w:rPr>
        <w:br/>
        <w:t>require 'net/http'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t>url</w:t>
      </w:r>
      <w:proofErr w:type="spellEnd"/>
      <w:r>
        <w:rPr>
          <w:rFonts w:ascii="Courier New" w:hAnsi="Courier New"/>
          <w:color w:val="1E1E1E"/>
          <w:sz w:val="17"/>
        </w:rPr>
        <w:t xml:space="preserve"> = URI("https://sandbox.</w:t>
      </w:r>
      <w:r w:rsidR="001461E5" w:rsidRPr="001461E5">
        <w:rPr>
          <w:rFonts w:ascii="Courier New" w:hAnsi="Courier New"/>
          <w:color w:val="1E1E1E"/>
          <w:sz w:val="17"/>
        </w:rPr>
        <w:t>noblewebstudio</w:t>
      </w:r>
      <w:r>
        <w:rPr>
          <w:rFonts w:ascii="Courier New" w:hAnsi="Courier New"/>
          <w:color w:val="1E1E1E"/>
          <w:sz w:val="17"/>
        </w:rPr>
        <w:t>.com/verification/voter-id")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http = Net::</w:t>
      </w:r>
      <w:proofErr w:type="spellStart"/>
      <w:r>
        <w:rPr>
          <w:rFonts w:ascii="Courier New" w:hAnsi="Courier New"/>
          <w:color w:val="1E1E1E"/>
          <w:sz w:val="17"/>
        </w:rPr>
        <w:t>HTTP.new</w:t>
      </w:r>
      <w:proofErr w:type="spellEnd"/>
      <w:r>
        <w:rPr>
          <w:rFonts w:ascii="Courier New" w:hAnsi="Courier New"/>
          <w:color w:val="1E1E1E"/>
          <w:sz w:val="17"/>
        </w:rPr>
        <w:t>(</w:t>
      </w:r>
      <w:proofErr w:type="spellStart"/>
      <w:r>
        <w:rPr>
          <w:rFonts w:ascii="Courier New" w:hAnsi="Courier New"/>
          <w:color w:val="1E1E1E"/>
          <w:sz w:val="17"/>
        </w:rPr>
        <w:t>url.host</w:t>
      </w:r>
      <w:proofErr w:type="spellEnd"/>
      <w:r>
        <w:rPr>
          <w:rFonts w:ascii="Courier New" w:hAnsi="Courier New"/>
          <w:color w:val="1E1E1E"/>
          <w:sz w:val="17"/>
        </w:rPr>
        <w:t xml:space="preserve">, </w:t>
      </w:r>
      <w:proofErr w:type="spellStart"/>
      <w:r>
        <w:rPr>
          <w:rFonts w:ascii="Courier New" w:hAnsi="Courier New"/>
          <w:color w:val="1E1E1E"/>
          <w:sz w:val="17"/>
        </w:rPr>
        <w:t>url.port</w:t>
      </w:r>
      <w:proofErr w:type="spellEnd"/>
      <w:r>
        <w:rPr>
          <w:rFonts w:ascii="Courier New" w:hAnsi="Courier New"/>
          <w:color w:val="1E1E1E"/>
          <w:sz w:val="17"/>
        </w:rPr>
        <w:t>)</w:t>
      </w:r>
      <w:r>
        <w:rPr>
          <w:rFonts w:ascii="Courier New" w:hAnsi="Courier New"/>
          <w:color w:val="1E1E1E"/>
          <w:sz w:val="17"/>
        </w:rPr>
        <w:br/>
      </w:r>
      <w:proofErr w:type="spellStart"/>
      <w:r>
        <w:rPr>
          <w:rFonts w:ascii="Courier New" w:hAnsi="Courier New"/>
          <w:color w:val="1E1E1E"/>
          <w:sz w:val="17"/>
        </w:rPr>
        <w:lastRenderedPageBreak/>
        <w:t>http.use_ssl</w:t>
      </w:r>
      <w:proofErr w:type="spellEnd"/>
      <w:r>
        <w:rPr>
          <w:rFonts w:ascii="Courier New" w:hAnsi="Courier New"/>
          <w:color w:val="1E1E1E"/>
          <w:sz w:val="17"/>
        </w:rPr>
        <w:t xml:space="preserve"> = true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request = Net::HTTP::Post.new(url)</w:t>
      </w:r>
      <w:r>
        <w:rPr>
          <w:rFonts w:ascii="Courier New" w:hAnsi="Courier New"/>
          <w:color w:val="1E1E1E"/>
          <w:sz w:val="17"/>
        </w:rPr>
        <w:br/>
        <w:t>request["x-client-id"] = '&lt;api-key&gt;'</w:t>
      </w:r>
      <w:r>
        <w:rPr>
          <w:rFonts w:ascii="Courier New" w:hAnsi="Courier New"/>
          <w:color w:val="1E1E1E"/>
          <w:sz w:val="17"/>
        </w:rPr>
        <w:br/>
        <w:t>request["x-client-secret"] = '&lt;api-key&gt;'</w:t>
      </w:r>
      <w:r>
        <w:rPr>
          <w:rFonts w:ascii="Courier New" w:hAnsi="Courier New"/>
          <w:color w:val="1E1E1E"/>
          <w:sz w:val="17"/>
        </w:rPr>
        <w:br/>
        <w:t>request["Content-Type"] = 'application/json'</w:t>
      </w:r>
      <w:r>
        <w:rPr>
          <w:rFonts w:ascii="Courier New" w:hAnsi="Courier New"/>
          <w:color w:val="1E1E1E"/>
          <w:sz w:val="17"/>
        </w:rPr>
        <w:br/>
        <w:t>request.body = "{\n  \"verification_id\": \"test123\",\n  \"epic_number\": \"UAI4574761\",\n  \"name\": \"John Doe\"\n}"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response = http.request(request)</w:t>
      </w:r>
      <w:r>
        <w:rPr>
          <w:rFonts w:ascii="Courier New" w:hAnsi="Courier New"/>
          <w:color w:val="1E1E1E"/>
          <w:sz w:val="17"/>
        </w:rPr>
        <w:br/>
        <w:t>puts response.read_body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"reference_id"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1358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"verification_id"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"testverificationid"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"status"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"VALID"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"epic_number"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"UAI4574761"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"HARSHIT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"name_in_regional_lang"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"हर्षित"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"age"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"23"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"relation_type"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"FTHR"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t xml:space="preserve">  "relation_name"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"RAJ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"relation_name_in_regional_lang"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"राज"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"father_name"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"RAJ PRAJAPATI"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"dob"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"2000-12-07"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"gender"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"Male"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"address"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"photo"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"PHOTO_LINK.jpeg"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"split_address"</w:t>
      </w:r>
      <w:r>
        <w:rPr>
          <w:rFonts w:ascii="Courier New" w:hAnsi="Courier New"/>
          <w:color w:val="1E1E1E"/>
          <w:sz w:val="17"/>
        </w:rPr>
        <w:br/>
        <w:t>: {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"district"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"INDORE"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"state"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t xml:space="preserve">        "Madhya Pradesh"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]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"city"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"SANER"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"pincode"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"560034"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"country"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  "INDIA"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],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  "address_line"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},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"state"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"Madhya Pradesh"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"assembly_constituency_number"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"211"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lastRenderedPageBreak/>
        <w:t xml:space="preserve">  "assembly_constituency"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"SANER"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"parliamentary_constituency_number"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"25"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"parliamentary_constituency"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"INDORE"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"part_number"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"27"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"part_name"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"SIRWAR"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"serial_number"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"713"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 xml:space="preserve">  "polling_station"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pPr>
        <w:pStyle w:val="Heading4"/>
      </w:pPr>
      <w:bookmarkStart w:id="0" w:name="_GoBack"/>
      <w:bookmarkEnd w:id="0"/>
      <w:r>
        <w:t>Authorizations</w:t>
      </w:r>
    </w:p>
    <w:p w:rsidR="001D3732" w:rsidRDefault="00F61AFE">
      <w:r>
        <w:t>x-client-id</w:t>
      </w:r>
    </w:p>
    <w:p w:rsidR="001D3732" w:rsidRDefault="00F61AFE">
      <w:r>
        <w:t>required</w:t>
      </w:r>
    </w:p>
    <w:p w:rsidR="001D3732" w:rsidRDefault="00F61AFE">
      <w:r>
        <w:t xml:space="preserve">Your unique client identifier issued by </w:t>
      </w:r>
      <w:proofErr w:type="spellStart"/>
      <w:r w:rsidR="001461E5" w:rsidRPr="001461E5">
        <w:t>noblewebstudio</w:t>
      </w:r>
      <w:proofErr w:type="spellEnd"/>
      <w:r>
        <w:t>. You can find this in your</w:t>
      </w:r>
      <w:r w:rsidR="00834E8F" w:rsidRPr="00834E8F">
        <w:t xml:space="preserve"> Merchant Dashboard</w:t>
      </w:r>
      <w:r>
        <w:t>.</w:t>
      </w:r>
    </w:p>
    <w:p w:rsidR="001D3732" w:rsidRDefault="00F61AFE">
      <w:r>
        <w:t>x-client-secret</w:t>
      </w:r>
    </w:p>
    <w:p w:rsidR="001D3732" w:rsidRDefault="00F61AFE">
      <w:r>
        <w:t>required</w:t>
      </w:r>
    </w:p>
    <w:p w:rsidR="001461E5" w:rsidRDefault="00F61AFE" w:rsidP="001461E5">
      <w:r>
        <w:t>The secret key associated with your client ID. Use this to authenticate your API requests. You can find this in your</w:t>
      </w:r>
      <w:r w:rsidR="00834E8F" w:rsidRPr="00834E8F">
        <w:t xml:space="preserve"> Merchant Dashboard</w:t>
      </w:r>
      <w:r>
        <w:t>.</w:t>
      </w:r>
    </w:p>
    <w:p w:rsidR="001D3732" w:rsidRDefault="00F61AFE" w:rsidP="001461E5">
      <w:r>
        <w:t>Headers</w:t>
      </w:r>
    </w:p>
    <w:p w:rsidR="001D3732" w:rsidRDefault="00F61AFE">
      <w:r>
        <w:t>x-cf-signature</w:t>
      </w:r>
    </w:p>
    <w:p w:rsidR="001D3732" w:rsidRDefault="00F61AFE">
      <w:r>
        <w:lastRenderedPageBreak/>
        <w:t xml:space="preserve">Send the signature if two-factor authentication is selected as Public Key.  </w:t>
      </w:r>
    </w:p>
    <w:p w:rsidR="001D3732" w:rsidRDefault="00F61AFE">
      <w:pPr>
        <w:pStyle w:val="Heading4"/>
      </w:pPr>
      <w:r>
        <w:t>Body</w:t>
      </w:r>
    </w:p>
    <w:p w:rsidR="001D3732" w:rsidRDefault="00F61AFE">
      <w:r>
        <w:t>application/json</w:t>
      </w:r>
    </w:p>
    <w:p w:rsidR="001D3732" w:rsidRDefault="00F61AFE">
      <w:r>
        <w:t>Find the request parameters to fetch voter ID details.</w:t>
      </w:r>
    </w:p>
    <w:p w:rsidR="001D3732" w:rsidRDefault="00F61AFE">
      <w:r>
        <w:t>verification_id</w:t>
      </w:r>
    </w:p>
    <w:p w:rsidR="001D3732" w:rsidRDefault="00F61AFE">
      <w:r>
        <w:t>required</w:t>
      </w:r>
    </w:p>
    <w:p w:rsidR="001D3732" w:rsidRDefault="00F61AFE">
      <w:r>
        <w:t>It is the unique ID you create to identify the verification request. The maximum character limit is 50. Alphanumeric, period (.), hyphen (-), and underscore ( _ ) are allowed.</w:t>
      </w:r>
    </w:p>
    <w:p w:rsidR="001D3732" w:rsidRDefault="00F61AFE">
      <w:r>
        <w:rPr>
          <w:rFonts w:ascii="Courier New" w:hAnsi="Courier New"/>
          <w:sz w:val="18"/>
        </w:rPr>
        <w:t>"test123"</w:t>
      </w:r>
    </w:p>
    <w:p w:rsidR="001D3732" w:rsidRDefault="00F61AFE">
      <w:r>
        <w:t>epic_number</w:t>
      </w:r>
    </w:p>
    <w:p w:rsidR="001D3732" w:rsidRDefault="00F61AFE">
      <w:r>
        <w:t>required</w:t>
      </w:r>
    </w:p>
    <w:p w:rsidR="001D3732" w:rsidRDefault="00F61AFE">
      <w:r>
        <w:t>It is the unique identification number assigned to each voter ID.</w:t>
      </w:r>
    </w:p>
    <w:p w:rsidR="001D3732" w:rsidRDefault="00F61AFE">
      <w:r>
        <w:rPr>
          <w:rFonts w:ascii="Courier New" w:hAnsi="Courier New"/>
          <w:sz w:val="18"/>
        </w:rPr>
        <w:t>"UAI4574761"</w:t>
      </w:r>
    </w:p>
    <w:p w:rsidR="001D3732" w:rsidRDefault="00F61AFE">
      <w:r>
        <w:t>name</w:t>
      </w:r>
    </w:p>
    <w:p w:rsidR="001D3732" w:rsidRDefault="00F61AFE">
      <w:r>
        <w:t>It is the name of the voter ID card holder.</w:t>
      </w:r>
    </w:p>
    <w:p w:rsidR="001D3732" w:rsidRDefault="00F61AFE">
      <w:r>
        <w:rPr>
          <w:rFonts w:ascii="Courier New" w:hAnsi="Courier New"/>
          <w:sz w:val="18"/>
        </w:rPr>
        <w:t>"John Doe"</w:t>
      </w:r>
    </w:p>
    <w:p w:rsidR="001D3732" w:rsidRDefault="00F61AFE">
      <w:pPr>
        <w:pStyle w:val="Heading4"/>
      </w:pPr>
      <w:r>
        <w:t>Response</w:t>
      </w:r>
    </w:p>
    <w:p w:rsidR="001D3732" w:rsidRDefault="00F61AFE">
      <w:r>
        <w:t>Success response for retreiving voter ID information.</w:t>
      </w:r>
    </w:p>
    <w:p w:rsidR="001D3732" w:rsidRDefault="00F61AFE">
      <w:r>
        <w:t>reference_id</w:t>
      </w:r>
    </w:p>
    <w:p w:rsidR="001D3732" w:rsidRDefault="00F61AFE">
      <w:r>
        <w:t xml:space="preserve">It displays the unique ID created by </w:t>
      </w:r>
      <w:proofErr w:type="spellStart"/>
      <w:r w:rsidR="001461E5" w:rsidRPr="001461E5">
        <w:t>noblewebstudio</w:t>
      </w:r>
      <w:proofErr w:type="spellEnd"/>
      <w:r>
        <w:t xml:space="preserve"> for reference purposes.</w:t>
      </w:r>
      <w:r>
        <w:br/>
      </w:r>
      <w:proofErr w:type="gramStart"/>
      <w:r>
        <w:t>format</w:t>
      </w:r>
      <w:proofErr w:type="gramEnd"/>
      <w:r>
        <w:t xml:space="preserve">: </w:t>
      </w:r>
      <w:r>
        <w:rPr>
          <w:rFonts w:ascii="Courier New" w:hAnsi="Courier New"/>
          <w:sz w:val="18"/>
        </w:rPr>
        <w:t>int64</w:t>
      </w:r>
    </w:p>
    <w:p w:rsidR="001D3732" w:rsidRDefault="00F61AFE">
      <w:r>
        <w:rPr>
          <w:rFonts w:ascii="Courier New" w:hAnsi="Courier New"/>
          <w:sz w:val="18"/>
        </w:rPr>
        <w:t>1358</w:t>
      </w:r>
    </w:p>
    <w:p w:rsidR="001D3732" w:rsidRDefault="00F61AFE">
      <w:r>
        <w:t>verification_id</w:t>
      </w:r>
    </w:p>
    <w:p w:rsidR="001D3732" w:rsidRDefault="00F61AFE">
      <w:r>
        <w:t>It displays the unique ID you created to identify the verification request.</w:t>
      </w:r>
    </w:p>
    <w:p w:rsidR="001D3732" w:rsidRDefault="00F61AFE">
      <w:r>
        <w:rPr>
          <w:rFonts w:ascii="Courier New" w:hAnsi="Courier New"/>
          <w:sz w:val="18"/>
        </w:rPr>
        <w:t>"testverificationid"</w:t>
      </w:r>
    </w:p>
    <w:p w:rsidR="001D3732" w:rsidRDefault="00F61AFE">
      <w:r>
        <w:t>status</w:t>
      </w:r>
    </w:p>
    <w:p w:rsidR="001D3732" w:rsidRDefault="00F61AFE">
      <w:r>
        <w:t>It displays the status of the API request.</w:t>
      </w:r>
      <w:r>
        <w:br/>
        <w:t>Possible values are</w:t>
      </w:r>
    </w:p>
    <w:p w:rsidR="001D3732" w:rsidRDefault="00F61AFE">
      <w:pPr>
        <w:pStyle w:val="ListBullet"/>
      </w:pPr>
      <w:r>
        <w:rPr>
          <w:rFonts w:ascii="Courier New" w:hAnsi="Courier New"/>
          <w:sz w:val="18"/>
        </w:rPr>
        <w:t>VALID</w:t>
      </w:r>
      <w:r>
        <w:t>: The provided Epic Number is valid.</w:t>
      </w:r>
    </w:p>
    <w:p w:rsidR="001D3732" w:rsidRDefault="00F61AFE">
      <w:pPr>
        <w:pStyle w:val="ListBullet"/>
      </w:pPr>
      <w:r>
        <w:rPr>
          <w:rFonts w:ascii="Courier New" w:hAnsi="Courier New"/>
          <w:sz w:val="18"/>
        </w:rPr>
        <w:t>INVALID</w:t>
      </w:r>
      <w:r>
        <w:t>: The provided Epic Number is invalid.</w:t>
      </w:r>
    </w:p>
    <w:p w:rsidR="001D3732" w:rsidRDefault="00F61AFE">
      <w:r>
        <w:rPr>
          <w:rFonts w:ascii="Courier New" w:hAnsi="Courier New"/>
          <w:sz w:val="18"/>
        </w:rPr>
        <w:t>"VALID"</w:t>
      </w:r>
    </w:p>
    <w:p w:rsidR="001D3732" w:rsidRDefault="00F61AFE">
      <w:r>
        <w:t>name</w:t>
      </w:r>
    </w:p>
    <w:p w:rsidR="001D3732" w:rsidRDefault="00F61AFE">
      <w:r>
        <w:t>It displays the name of the individual as present in the voter ID card.</w:t>
      </w:r>
    </w:p>
    <w:p w:rsidR="001D3732" w:rsidRDefault="00F61AFE">
      <w:r>
        <w:rPr>
          <w:rFonts w:ascii="Courier New" w:hAnsi="Courier New"/>
          <w:sz w:val="18"/>
        </w:rPr>
        <w:lastRenderedPageBreak/>
        <w:t>"SUSHMITHA H"</w:t>
      </w:r>
    </w:p>
    <w:p w:rsidR="001D3732" w:rsidRDefault="00F61AFE">
      <w:r>
        <w:t>name_in_regional_lang</w:t>
      </w:r>
    </w:p>
    <w:p w:rsidR="001D3732" w:rsidRDefault="00F61AFE">
      <w:r>
        <w:t>It displays the name of the individual in the individual regional language as present in the voter ID card.</w:t>
      </w:r>
    </w:p>
    <w:p w:rsidR="001D3732" w:rsidRDefault="00F61AFE">
      <w:r>
        <w:rPr>
          <w:rFonts w:ascii="Courier New" w:hAnsi="Courier New"/>
          <w:sz w:val="18"/>
        </w:rPr>
        <w:t>"हर्षित"</w:t>
      </w:r>
    </w:p>
    <w:p w:rsidR="001D3732" w:rsidRDefault="00F61AFE">
      <w:r>
        <w:t>age</w:t>
      </w:r>
    </w:p>
    <w:p w:rsidR="001D3732" w:rsidRDefault="00F61AFE">
      <w:r>
        <w:t>It displays the age of the voter ID holder as present in the voter ID card.</w:t>
      </w:r>
    </w:p>
    <w:p w:rsidR="001D3732" w:rsidRDefault="00F61AFE">
      <w:r>
        <w:rPr>
          <w:rFonts w:ascii="Courier New" w:hAnsi="Courier New"/>
          <w:sz w:val="18"/>
        </w:rPr>
        <w:t>"25"</w:t>
      </w:r>
    </w:p>
    <w:p w:rsidR="001D3732" w:rsidRDefault="00F61AFE">
      <w:r>
        <w:t>relation_type</w:t>
      </w:r>
    </w:p>
    <w:p w:rsidR="001D3732" w:rsidRDefault="00F61AFE">
      <w:r>
        <w:t>It displays the type of the relationship with the parent/guardian as present in the voter ID card.</w:t>
      </w:r>
    </w:p>
    <w:p w:rsidR="001D3732" w:rsidRDefault="00F61AFE">
      <w:r>
        <w:rPr>
          <w:rFonts w:ascii="Courier New" w:hAnsi="Courier New"/>
          <w:sz w:val="18"/>
        </w:rPr>
        <w:t>"FTHR"</w:t>
      </w:r>
    </w:p>
    <w:p w:rsidR="001D3732" w:rsidRDefault="00F61AFE">
      <w:r>
        <w:t>relation_name</w:t>
      </w:r>
    </w:p>
    <w:p w:rsidR="001D3732" w:rsidRDefault="00F61AFE">
      <w:r>
        <w:t>It displays the name of the parent/guardian as present in the voter ID card.</w:t>
      </w:r>
    </w:p>
    <w:p w:rsidR="001D3732" w:rsidRDefault="00F61AFE">
      <w:r>
        <w:rPr>
          <w:rFonts w:ascii="Courier New" w:hAnsi="Courier New"/>
          <w:sz w:val="18"/>
        </w:rPr>
        <w:t>"SUNILAKUMAR"</w:t>
      </w:r>
    </w:p>
    <w:p w:rsidR="001D3732" w:rsidRDefault="00F61AFE">
      <w:r>
        <w:t>relation_name_in_regional_lang</w:t>
      </w:r>
    </w:p>
    <w:p w:rsidR="001D3732" w:rsidRDefault="00F61AFE">
      <w:r>
        <w:t>It displays the name of the parent/guardian in the individual regional language as present in the voter ID card.</w:t>
      </w:r>
    </w:p>
    <w:p w:rsidR="001D3732" w:rsidRDefault="00F61AFE">
      <w:r>
        <w:rPr>
          <w:rFonts w:ascii="Courier New" w:hAnsi="Courier New"/>
          <w:sz w:val="18"/>
        </w:rPr>
        <w:t>"राज"</w:t>
      </w:r>
    </w:p>
    <w:p w:rsidR="001D3732" w:rsidRDefault="00F61AFE">
      <w:r>
        <w:t>father_name</w:t>
      </w:r>
    </w:p>
    <w:p w:rsidR="001D3732" w:rsidRDefault="00F61AFE">
      <w:r>
        <w:t>It displays the father name of the individual as present in the voter ID card.</w:t>
      </w:r>
    </w:p>
    <w:p w:rsidR="001D3732" w:rsidRDefault="00F61AFE">
      <w:r>
        <w:rPr>
          <w:rFonts w:ascii="Courier New" w:hAnsi="Courier New"/>
          <w:sz w:val="18"/>
        </w:rPr>
        <w:t>"SUNILAKUMAR"</w:t>
      </w:r>
    </w:p>
    <w:p w:rsidR="001D3732" w:rsidRDefault="00F61AFE">
      <w:r>
        <w:t>dob</w:t>
      </w:r>
    </w:p>
    <w:p w:rsidR="001D3732" w:rsidRDefault="00F61AFE">
      <w:r>
        <w:t>It displays the date of birth of the individual as present in the voter ID card.</w:t>
      </w:r>
      <w:r>
        <w:br/>
        <w:t xml:space="preserve">Note:  This field can return </w:t>
      </w:r>
      <w:r>
        <w:rPr>
          <w:rFonts w:ascii="Courier New" w:hAnsi="Courier New"/>
          <w:sz w:val="18"/>
        </w:rPr>
        <w:t>null</w:t>
      </w:r>
      <w:r>
        <w:t>.</w:t>
      </w:r>
    </w:p>
    <w:p w:rsidR="001D3732" w:rsidRDefault="00F61AFE">
      <w:r>
        <w:rPr>
          <w:rFonts w:ascii="Courier New" w:hAnsi="Courier New"/>
          <w:sz w:val="18"/>
        </w:rPr>
        <w:t>""</w:t>
      </w:r>
    </w:p>
    <w:p w:rsidR="001D3732" w:rsidRDefault="00F61AFE">
      <w:r>
        <w:t>gender</w:t>
      </w:r>
    </w:p>
    <w:p w:rsidR="001D3732" w:rsidRDefault="00F61AFE">
      <w:r>
        <w:t>It displays the gender of the individual as present in the voter ID card.</w:t>
      </w:r>
    </w:p>
    <w:p w:rsidR="001D3732" w:rsidRDefault="00F61AFE">
      <w:r>
        <w:rPr>
          <w:rFonts w:ascii="Courier New" w:hAnsi="Courier New"/>
          <w:sz w:val="18"/>
        </w:rPr>
        <w:t>"Female"</w:t>
      </w:r>
    </w:p>
    <w:p w:rsidR="001D3732" w:rsidRDefault="00F61AFE">
      <w:r>
        <w:t>address</w:t>
      </w:r>
    </w:p>
    <w:p w:rsidR="001D3732" w:rsidRDefault="00F61AFE">
      <w:r>
        <w:t>It displays the address information of the individual as present in the voter ID card.</w:t>
      </w:r>
    </w:p>
    <w:p w:rsidR="001D3732" w:rsidRDefault="00F61AFE">
      <w:r>
        <w:rPr>
          <w:rFonts w:ascii="Courier New" w:hAnsi="Courier New"/>
          <w:sz w:val="18"/>
        </w:rPr>
        <w:t>"GOVT JUNIOR COLLEGE SIRWAR"</w:t>
      </w:r>
    </w:p>
    <w:p w:rsidR="001D3732" w:rsidRDefault="00F61AFE">
      <w:r>
        <w:t>photo</w:t>
      </w:r>
    </w:p>
    <w:p w:rsidR="001D3732" w:rsidRDefault="00F61AFE">
      <w:r>
        <w:t>It is a pre-signed url of voter id holder's photo with expiry of 24 hrs.</w:t>
      </w:r>
    </w:p>
    <w:p w:rsidR="001D3732" w:rsidRDefault="00F61AFE">
      <w:r>
        <w:lastRenderedPageBreak/>
        <w:t>split_address</w:t>
      </w:r>
    </w:p>
    <w:p w:rsidR="001D3732" w:rsidRDefault="00F61AFE">
      <w:r>
        <w:t>It contains the address information of the individual as present in the voter ID card.</w:t>
      </w:r>
    </w:p>
    <w:p w:rsidR="001D3732" w:rsidRDefault="00F61AFE">
      <w:r>
        <w:t>Show   child attributes</w:t>
      </w:r>
    </w:p>
    <w:p w:rsidR="001D3732" w:rsidRDefault="00F61AFE">
      <w:pPr>
        <w:spacing w:before="60" w:after="120"/>
        <w:ind w:left="288"/>
      </w:pPr>
      <w:r>
        <w:rPr>
          <w:rFonts w:ascii="Courier New" w:hAnsi="Courier New"/>
          <w:color w:val="1E1E1E"/>
          <w:sz w:val="17"/>
        </w:rPr>
        <w:t>{</w:t>
      </w:r>
      <w:r>
        <w:rPr>
          <w:rFonts w:ascii="Courier New" w:hAnsi="Courier New"/>
          <w:color w:val="1E1E1E"/>
          <w:sz w:val="17"/>
        </w:rPr>
        <w:br/>
        <w:t xml:space="preserve">  "value"</w:t>
      </w:r>
      <w:r>
        <w:rPr>
          <w:rFonts w:ascii="Courier New" w:hAnsi="Courier New"/>
          <w:color w:val="1E1E1E"/>
          <w:sz w:val="17"/>
        </w:rPr>
        <w:br/>
        <w:t>: {</w:t>
      </w:r>
      <w:r>
        <w:rPr>
          <w:rFonts w:ascii="Courier New" w:hAnsi="Courier New"/>
          <w:color w:val="1E1E1E"/>
          <w:sz w:val="17"/>
        </w:rPr>
        <w:br/>
        <w:t xml:space="preserve">    "district"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  <w:t>"RAICHUR"</w:t>
      </w:r>
      <w:r>
        <w:rPr>
          <w:rFonts w:ascii="Courier New" w:hAnsi="Courier New"/>
          <w:color w:val="1E1E1E"/>
          <w:sz w:val="17"/>
        </w:rPr>
        <w:br/>
        <w:t>],</w:t>
      </w:r>
      <w:r>
        <w:rPr>
          <w:rFonts w:ascii="Courier New" w:hAnsi="Courier New"/>
          <w:color w:val="1E1E1E"/>
          <w:sz w:val="17"/>
        </w:rPr>
        <w:br/>
        <w:t xml:space="preserve">    "state"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  <w:t>"Karnataka"</w:t>
      </w:r>
      <w:r>
        <w:rPr>
          <w:rFonts w:ascii="Courier New" w:hAnsi="Courier New"/>
          <w:color w:val="1E1E1E"/>
          <w:sz w:val="17"/>
        </w:rPr>
        <w:br/>
        <w:t>],</w:t>
      </w:r>
      <w:r>
        <w:rPr>
          <w:rFonts w:ascii="Courier New" w:hAnsi="Courier New"/>
          <w:color w:val="1E1E1E"/>
          <w:sz w:val="17"/>
        </w:rPr>
        <w:br/>
        <w:t xml:space="preserve">    "city"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  <w:t>"Manvi"</w:t>
      </w:r>
      <w:r>
        <w:rPr>
          <w:rFonts w:ascii="Courier New" w:hAnsi="Courier New"/>
          <w:color w:val="1E1E1E"/>
          <w:sz w:val="17"/>
        </w:rPr>
        <w:br/>
        <w:t>],</w:t>
      </w:r>
      <w:r>
        <w:rPr>
          <w:rFonts w:ascii="Courier New" w:hAnsi="Courier New"/>
          <w:color w:val="1E1E1E"/>
          <w:sz w:val="17"/>
        </w:rPr>
        <w:br/>
        <w:t xml:space="preserve">    "pincode"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"560034"</w:t>
      </w:r>
      <w:r>
        <w:rPr>
          <w:rFonts w:ascii="Courier New" w:hAnsi="Courier New"/>
          <w:color w:val="1E1E1E"/>
          <w:sz w:val="17"/>
        </w:rPr>
        <w:br/>
        <w:t>,</w:t>
      </w:r>
      <w:r>
        <w:rPr>
          <w:rFonts w:ascii="Courier New" w:hAnsi="Courier New"/>
          <w:color w:val="1E1E1E"/>
          <w:sz w:val="17"/>
        </w:rPr>
        <w:br/>
        <w:t xml:space="preserve">    "country"</w:t>
      </w:r>
      <w:r>
        <w:rPr>
          <w:rFonts w:ascii="Courier New" w:hAnsi="Courier New"/>
          <w:color w:val="1E1E1E"/>
          <w:sz w:val="17"/>
        </w:rPr>
        <w:br/>
        <w:t>: [</w:t>
      </w:r>
      <w:r>
        <w:rPr>
          <w:rFonts w:ascii="Courier New" w:hAnsi="Courier New"/>
          <w:color w:val="1E1E1E"/>
          <w:sz w:val="17"/>
        </w:rPr>
        <w:br/>
        <w:t>"IN"</w:t>
      </w:r>
      <w:r>
        <w:rPr>
          <w:rFonts w:ascii="Courier New" w:hAnsi="Courier New"/>
          <w:color w:val="1E1E1E"/>
          <w:sz w:val="17"/>
        </w:rPr>
        <w:br/>
        <w:t xml:space="preserve">, </w:t>
      </w:r>
      <w:r>
        <w:rPr>
          <w:rFonts w:ascii="Courier New" w:hAnsi="Courier New"/>
          <w:color w:val="1E1E1E"/>
          <w:sz w:val="17"/>
        </w:rPr>
        <w:br/>
        <w:t>"IND"</w:t>
      </w:r>
      <w:r>
        <w:rPr>
          <w:rFonts w:ascii="Courier New" w:hAnsi="Courier New"/>
          <w:color w:val="1E1E1E"/>
          <w:sz w:val="17"/>
        </w:rPr>
        <w:br/>
        <w:t xml:space="preserve">, </w:t>
      </w:r>
      <w:r>
        <w:rPr>
          <w:rFonts w:ascii="Courier New" w:hAnsi="Courier New"/>
          <w:color w:val="1E1E1E"/>
          <w:sz w:val="17"/>
        </w:rPr>
        <w:br/>
        <w:t>"INDIA"</w:t>
      </w:r>
      <w:r>
        <w:rPr>
          <w:rFonts w:ascii="Courier New" w:hAnsi="Courier New"/>
          <w:color w:val="1E1E1E"/>
          <w:sz w:val="17"/>
        </w:rPr>
        <w:br/>
        <w:t>],</w:t>
      </w:r>
      <w:r>
        <w:rPr>
          <w:rFonts w:ascii="Courier New" w:hAnsi="Courier New"/>
          <w:color w:val="1E1E1E"/>
          <w:sz w:val="17"/>
        </w:rPr>
        <w:br/>
        <w:t xml:space="preserve">    "address_line"</w:t>
      </w:r>
      <w:r>
        <w:rPr>
          <w:rFonts w:ascii="Courier New" w:hAnsi="Courier New"/>
          <w:color w:val="1E1E1E"/>
          <w:sz w:val="17"/>
        </w:rPr>
        <w:br/>
        <w:t xml:space="preserve">: </w:t>
      </w:r>
      <w:r>
        <w:rPr>
          <w:rFonts w:ascii="Courier New" w:hAnsi="Courier New"/>
          <w:color w:val="1E1E1E"/>
          <w:sz w:val="17"/>
        </w:rPr>
        <w:br/>
        <w:t>"GOVT JUNIOR COLLEGE SIRWAR"</w:t>
      </w:r>
      <w:r>
        <w:rPr>
          <w:rFonts w:ascii="Courier New" w:hAnsi="Courier New"/>
          <w:color w:val="1E1E1E"/>
          <w:sz w:val="17"/>
        </w:rPr>
        <w:br/>
        <w:t xml:space="preserve">  }</w:t>
      </w:r>
      <w:r>
        <w:rPr>
          <w:rFonts w:ascii="Courier New" w:hAnsi="Courier New"/>
          <w:color w:val="1E1E1E"/>
          <w:sz w:val="17"/>
        </w:rPr>
        <w:br/>
        <w:t>}</w:t>
      </w:r>
    </w:p>
    <w:p w:rsidR="001D3732" w:rsidRDefault="00F61AFE">
      <w:r>
        <w:t>epic_number</w:t>
      </w:r>
    </w:p>
    <w:p w:rsidR="001D3732" w:rsidRDefault="00F61AFE">
      <w:r>
        <w:t>It displays the EPIC number of the individual as present in the voter ID card.</w:t>
      </w:r>
    </w:p>
    <w:p w:rsidR="001D3732" w:rsidRDefault="00F61AFE">
      <w:r>
        <w:rPr>
          <w:rFonts w:ascii="Courier New" w:hAnsi="Courier New"/>
          <w:sz w:val="18"/>
        </w:rPr>
        <w:t>"XXX0000000"</w:t>
      </w:r>
    </w:p>
    <w:p w:rsidR="001D3732" w:rsidRDefault="00F61AFE">
      <w:r>
        <w:t>state</w:t>
      </w:r>
    </w:p>
    <w:p w:rsidR="001D3732" w:rsidRDefault="00F61AFE">
      <w:r>
        <w:t>It displays the name of the state as present in the voter ID card.</w:t>
      </w:r>
    </w:p>
    <w:p w:rsidR="001D3732" w:rsidRDefault="00F61AFE">
      <w:r>
        <w:rPr>
          <w:rFonts w:ascii="Courier New" w:hAnsi="Courier New"/>
          <w:sz w:val="18"/>
        </w:rPr>
        <w:t>"Karnataka"</w:t>
      </w:r>
    </w:p>
    <w:p w:rsidR="001D3732" w:rsidRDefault="00F61AFE">
      <w:r>
        <w:t>assembly_constituency_number</w:t>
      </w:r>
    </w:p>
    <w:p w:rsidR="001D3732" w:rsidRDefault="00F61AFE">
      <w:r>
        <w:t>It displays the number associated with the assembly constituency as present in the voter ID card.</w:t>
      </w:r>
    </w:p>
    <w:p w:rsidR="001D3732" w:rsidRDefault="00F61AFE">
      <w:r>
        <w:rPr>
          <w:rFonts w:ascii="Courier New" w:hAnsi="Courier New"/>
          <w:sz w:val="18"/>
        </w:rPr>
        <w:t>"55"</w:t>
      </w:r>
    </w:p>
    <w:p w:rsidR="001D3732" w:rsidRDefault="00F61AFE">
      <w:r>
        <w:t>assembly_constituency</w:t>
      </w:r>
    </w:p>
    <w:p w:rsidR="001D3732" w:rsidRDefault="00F61AFE">
      <w:r>
        <w:t>It displays the name of the assembly constituency as present in the voter ID card.</w:t>
      </w:r>
    </w:p>
    <w:p w:rsidR="001D3732" w:rsidRDefault="00F61AFE">
      <w:r>
        <w:rPr>
          <w:rFonts w:ascii="Courier New" w:hAnsi="Courier New"/>
          <w:sz w:val="18"/>
        </w:rPr>
        <w:t>"MANVI"</w:t>
      </w:r>
    </w:p>
    <w:p w:rsidR="001D3732" w:rsidRDefault="00F61AFE">
      <w:r>
        <w:lastRenderedPageBreak/>
        <w:t>parliamentary_constituency_number</w:t>
      </w:r>
    </w:p>
    <w:p w:rsidR="001D3732" w:rsidRDefault="00F61AFE">
      <w:r>
        <w:t>It displays the number associated with the parliamentary constituency as present in the voter ID card.</w:t>
      </w:r>
    </w:p>
    <w:p w:rsidR="001D3732" w:rsidRDefault="00F61AFE">
      <w:r>
        <w:rPr>
          <w:rFonts w:ascii="Courier New" w:hAnsi="Courier New"/>
          <w:sz w:val="18"/>
        </w:rPr>
        <w:t>"6"</w:t>
      </w:r>
    </w:p>
    <w:p w:rsidR="001D3732" w:rsidRDefault="00F61AFE">
      <w:r>
        <w:t>parliamentary_constituency</w:t>
      </w:r>
    </w:p>
    <w:p w:rsidR="001D3732" w:rsidRDefault="00F61AFE">
      <w:r>
        <w:t>It displays the name of the parliamentary constituency as present in the voter ID card.</w:t>
      </w:r>
    </w:p>
    <w:p w:rsidR="001D3732" w:rsidRDefault="00F61AFE">
      <w:r>
        <w:rPr>
          <w:rFonts w:ascii="Courier New" w:hAnsi="Courier New"/>
          <w:sz w:val="18"/>
        </w:rPr>
        <w:t>"Raichur"</w:t>
      </w:r>
    </w:p>
    <w:p w:rsidR="001D3732" w:rsidRDefault="00F61AFE">
      <w:r>
        <w:t>part_number</w:t>
      </w:r>
    </w:p>
    <w:p w:rsidR="001D3732" w:rsidRDefault="00F61AFE">
      <w:r>
        <w:t>It displays the part number in the electoral roll.</w:t>
      </w:r>
    </w:p>
    <w:p w:rsidR="001D3732" w:rsidRDefault="00F61AFE">
      <w:r>
        <w:rPr>
          <w:rFonts w:ascii="Courier New" w:hAnsi="Courier New"/>
          <w:sz w:val="18"/>
        </w:rPr>
        <w:t>"29"</w:t>
      </w:r>
    </w:p>
    <w:p w:rsidR="001D3732" w:rsidRDefault="00F61AFE">
      <w:r>
        <w:t>part_name</w:t>
      </w:r>
    </w:p>
    <w:p w:rsidR="001D3732" w:rsidRDefault="00F61AFE">
      <w:r>
        <w:t>It displays the part name in the electoral roll.</w:t>
      </w:r>
    </w:p>
    <w:p w:rsidR="001D3732" w:rsidRDefault="00F61AFE">
      <w:r>
        <w:rPr>
          <w:rFonts w:ascii="Courier New" w:hAnsi="Courier New"/>
          <w:sz w:val="18"/>
        </w:rPr>
        <w:t>"GOVERMENT JUNIOR COLLEGE 2nd Room (South Wing ) sirwar"</w:t>
      </w:r>
    </w:p>
    <w:p w:rsidR="001D3732" w:rsidRDefault="00F61AFE">
      <w:r>
        <w:t>serial_number</w:t>
      </w:r>
    </w:p>
    <w:p w:rsidR="001D3732" w:rsidRDefault="00F61AFE">
      <w:r>
        <w:t>It displays the serial number as present in the voter ID card.</w:t>
      </w:r>
    </w:p>
    <w:p w:rsidR="001D3732" w:rsidRDefault="00F61AFE">
      <w:r>
        <w:rPr>
          <w:rFonts w:ascii="Courier New" w:hAnsi="Courier New"/>
          <w:sz w:val="18"/>
        </w:rPr>
        <w:t>"892"</w:t>
      </w:r>
    </w:p>
    <w:p w:rsidR="001D3732" w:rsidRDefault="00F61AFE">
      <w:r>
        <w:t>polling_station</w:t>
      </w:r>
    </w:p>
    <w:p w:rsidR="001D3732" w:rsidRDefault="00F61AFE">
      <w:r>
        <w:t>It displays the place where the individual cast votes during elections.</w:t>
      </w:r>
    </w:p>
    <w:p w:rsidR="001D3732" w:rsidRDefault="00F61AFE">
      <w:r>
        <w:rPr>
          <w:rFonts w:ascii="Courier New" w:hAnsi="Courier New"/>
          <w:sz w:val="18"/>
        </w:rPr>
        <w:t>"GOVT JUNIOR COLLEGE SIRWAR"</w:t>
      </w:r>
    </w:p>
    <w:sectPr w:rsidR="001D3732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C2C" w:rsidRDefault="00C14C2C">
      <w:pPr>
        <w:spacing w:after="0" w:line="240" w:lineRule="auto"/>
      </w:pPr>
      <w:r>
        <w:separator/>
      </w:r>
    </w:p>
  </w:endnote>
  <w:endnote w:type="continuationSeparator" w:id="0">
    <w:p w:rsidR="00C14C2C" w:rsidRDefault="00C1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C2C" w:rsidRDefault="00C14C2C">
      <w:pPr>
        <w:spacing w:after="0" w:line="240" w:lineRule="auto"/>
      </w:pPr>
      <w:r>
        <w:separator/>
      </w:r>
    </w:p>
  </w:footnote>
  <w:footnote w:type="continuationSeparator" w:id="0">
    <w:p w:rsidR="00C14C2C" w:rsidRDefault="00C14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61E5"/>
    <w:rsid w:val="0015074B"/>
    <w:rsid w:val="001D3732"/>
    <w:rsid w:val="0029639D"/>
    <w:rsid w:val="00326F90"/>
    <w:rsid w:val="004130BE"/>
    <w:rsid w:val="00834E8F"/>
    <w:rsid w:val="00AA1D8D"/>
    <w:rsid w:val="00B47730"/>
    <w:rsid w:val="00C14C2C"/>
    <w:rsid w:val="00CB0664"/>
    <w:rsid w:val="00D53D4D"/>
    <w:rsid w:val="00F61A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B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D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D8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D5D85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23B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B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5D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D5D8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D5D85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23B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AFECE2-A6BB-4298-9ED2-662548CA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Cashfree Verify Voter ID Documentation</dc:title>
  <dc:subject>Complete documentation page transcription</dc:subject>
  <dc:creator>Cashfree documentation page</dc:creator>
  <cp:keywords/>
  <dc:description>generated by python-docx</dc:description>
  <cp:lastModifiedBy>shree</cp:lastModifiedBy>
  <cp:revision>4</cp:revision>
  <dcterms:created xsi:type="dcterms:W3CDTF">2013-12-23T23:15:00Z</dcterms:created>
  <dcterms:modified xsi:type="dcterms:W3CDTF">2026-09-24T11:33:00Z</dcterms:modified>
  <cp:category/>
</cp:coreProperties>
</file>